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372F4B2" w14:textId="57146186" w:rsidR="005D344F" w:rsidRPr="00F96287" w:rsidRDefault="005D344F" w:rsidP="005D344F">
      <w:pPr>
        <w:jc w:val="center"/>
        <w:rPr>
          <w:rFonts w:ascii="Palatino Linotype" w:hAnsi="Palatino Linotype"/>
          <w:b/>
          <w:bCs/>
          <w:color w:val="000000" w:themeColor="text1"/>
          <w:sz w:val="34"/>
          <w:szCs w:val="34"/>
        </w:rPr>
      </w:pPr>
      <w:proofErr w:type="spellStart"/>
      <w:r w:rsidRPr="00F96287">
        <w:rPr>
          <w:rFonts w:ascii="Palatino Linotype" w:hAnsi="Palatino Linotype"/>
          <w:b/>
          <w:bCs/>
          <w:color w:val="000000" w:themeColor="text1"/>
          <w:sz w:val="34"/>
          <w:szCs w:val="34"/>
        </w:rPr>
        <w:t>Modenantiquaria</w:t>
      </w:r>
      <w:proofErr w:type="spellEnd"/>
      <w:r w:rsidRPr="00F96287">
        <w:rPr>
          <w:rFonts w:ascii="Palatino Linotype" w:hAnsi="Palatino Linotype"/>
          <w:b/>
          <w:bCs/>
          <w:color w:val="000000" w:themeColor="text1"/>
          <w:sz w:val="34"/>
          <w:szCs w:val="34"/>
        </w:rPr>
        <w:t xml:space="preserve"> 202</w:t>
      </w:r>
      <w:r w:rsidR="001C5D28" w:rsidRPr="00F96287">
        <w:rPr>
          <w:rFonts w:ascii="Palatino Linotype" w:hAnsi="Palatino Linotype"/>
          <w:b/>
          <w:bCs/>
          <w:color w:val="000000" w:themeColor="text1"/>
          <w:sz w:val="34"/>
          <w:szCs w:val="34"/>
        </w:rPr>
        <w:t>7</w:t>
      </w:r>
    </w:p>
    <w:p w14:paraId="1C224E3F" w14:textId="113B0DA5" w:rsidR="005D344F" w:rsidRPr="00F96287" w:rsidRDefault="00101574" w:rsidP="005D344F">
      <w:pPr>
        <w:jc w:val="center"/>
        <w:rPr>
          <w:rFonts w:ascii="Palatino Linotype" w:hAnsi="Palatino Linotype"/>
          <w:b/>
          <w:color w:val="000000" w:themeColor="text1"/>
          <w:sz w:val="34"/>
          <w:szCs w:val="34"/>
        </w:rPr>
      </w:pPr>
      <w:r w:rsidRPr="00F96287">
        <w:rPr>
          <w:rFonts w:ascii="Palatino Linotype" w:hAnsi="Palatino Linotype"/>
          <w:b/>
          <w:bCs/>
          <w:color w:val="000000" w:themeColor="text1"/>
          <w:sz w:val="34"/>
          <w:szCs w:val="34"/>
        </w:rPr>
        <w:t>40</w:t>
      </w:r>
      <w:r w:rsidRPr="00F96287">
        <w:rPr>
          <w:rFonts w:ascii="Palatino Linotype" w:hAnsi="Palatino Linotype"/>
          <w:b/>
          <w:color w:val="000000" w:themeColor="text1"/>
          <w:sz w:val="34"/>
          <w:szCs w:val="34"/>
        </w:rPr>
        <w:t>ª</w:t>
      </w:r>
      <w:r w:rsidR="005D344F" w:rsidRPr="00F96287">
        <w:rPr>
          <w:rFonts w:ascii="Palatino Linotype" w:hAnsi="Palatino Linotype"/>
          <w:b/>
          <w:bCs/>
          <w:color w:val="000000" w:themeColor="text1"/>
          <w:sz w:val="34"/>
          <w:szCs w:val="34"/>
        </w:rPr>
        <w:t xml:space="preserve"> </w:t>
      </w:r>
      <w:proofErr w:type="spellStart"/>
      <w:r w:rsidR="005D344F" w:rsidRPr="00F96287">
        <w:rPr>
          <w:rFonts w:ascii="Palatino Linotype" w:hAnsi="Palatino Linotype"/>
          <w:b/>
          <w:bCs/>
          <w:color w:val="000000" w:themeColor="text1"/>
          <w:sz w:val="34"/>
          <w:szCs w:val="34"/>
        </w:rPr>
        <w:t>Edizione</w:t>
      </w:r>
      <w:proofErr w:type="spellEnd"/>
    </w:p>
    <w:p w14:paraId="5A7B7701" w14:textId="0E090EEA" w:rsidR="005D344F" w:rsidRPr="00F96287" w:rsidRDefault="005D344F" w:rsidP="005D344F">
      <w:pPr>
        <w:jc w:val="center"/>
        <w:rPr>
          <w:rFonts w:ascii="Palatino Linotype" w:hAnsi="Palatino Linotype"/>
          <w:b/>
          <w:bCs/>
          <w:i/>
          <w:color w:val="000000" w:themeColor="text1"/>
          <w:sz w:val="28"/>
          <w:szCs w:val="28"/>
        </w:rPr>
      </w:pPr>
      <w:r w:rsidRPr="00F96287">
        <w:rPr>
          <w:rFonts w:ascii="Palatino Linotype" w:hAnsi="Palatino Linotype"/>
          <w:b/>
          <w:i/>
          <w:color w:val="000000" w:themeColor="text1"/>
          <w:sz w:val="28"/>
          <w:szCs w:val="28"/>
        </w:rPr>
        <w:t xml:space="preserve"> </w:t>
      </w:r>
      <w:r w:rsidR="00101574" w:rsidRPr="00F96287">
        <w:rPr>
          <w:rFonts w:ascii="Palatino Linotype" w:hAnsi="Palatino Linotype"/>
          <w:b/>
          <w:bCs/>
          <w:i/>
          <w:iCs/>
          <w:color w:val="000000" w:themeColor="text1"/>
          <w:sz w:val="28"/>
          <w:szCs w:val="28"/>
        </w:rPr>
        <w:t xml:space="preserve">Sotto </w:t>
      </w:r>
      <w:proofErr w:type="spellStart"/>
      <w:r w:rsidR="00101574" w:rsidRPr="00F96287">
        <w:rPr>
          <w:rFonts w:ascii="Palatino Linotype" w:hAnsi="Palatino Linotype"/>
          <w:b/>
          <w:bCs/>
          <w:i/>
          <w:iCs/>
          <w:color w:val="000000" w:themeColor="text1"/>
          <w:sz w:val="28"/>
          <w:szCs w:val="28"/>
        </w:rPr>
        <w:t>il</w:t>
      </w:r>
      <w:proofErr w:type="spellEnd"/>
      <w:r w:rsidR="00101574" w:rsidRPr="00F96287">
        <w:rPr>
          <w:rFonts w:ascii="Palatino Linotype" w:hAnsi="Palatino Linotype"/>
          <w:b/>
          <w:bCs/>
          <w:i/>
          <w:iCs/>
          <w:color w:val="000000" w:themeColor="text1"/>
          <w:sz w:val="28"/>
          <w:szCs w:val="28"/>
        </w:rPr>
        <w:t xml:space="preserve"> segno di </w:t>
      </w:r>
      <w:proofErr w:type="spellStart"/>
      <w:r w:rsidR="008A28A4" w:rsidRPr="00F96287">
        <w:rPr>
          <w:rFonts w:ascii="Palatino Linotype" w:hAnsi="Palatino Linotype"/>
          <w:b/>
          <w:bCs/>
          <w:i/>
          <w:iCs/>
          <w:color w:val="000000" w:themeColor="text1"/>
          <w:sz w:val="28"/>
          <w:szCs w:val="28"/>
        </w:rPr>
        <w:t>e</w:t>
      </w:r>
      <w:r w:rsidR="00101574" w:rsidRPr="00F96287">
        <w:rPr>
          <w:rFonts w:ascii="Palatino Linotype" w:hAnsi="Palatino Linotype"/>
          <w:b/>
          <w:bCs/>
          <w:i/>
          <w:iCs/>
          <w:color w:val="000000" w:themeColor="text1"/>
          <w:sz w:val="28"/>
          <w:szCs w:val="28"/>
        </w:rPr>
        <w:t>ccellenza</w:t>
      </w:r>
      <w:proofErr w:type="spellEnd"/>
      <w:r w:rsidR="00101574" w:rsidRPr="00F96287">
        <w:rPr>
          <w:rFonts w:ascii="Palatino Linotype" w:hAnsi="Palatino Linotype"/>
          <w:b/>
          <w:bCs/>
          <w:i/>
          <w:iCs/>
          <w:color w:val="000000" w:themeColor="text1"/>
          <w:sz w:val="28"/>
          <w:szCs w:val="28"/>
        </w:rPr>
        <w:t xml:space="preserve"> e </w:t>
      </w:r>
      <w:proofErr w:type="spellStart"/>
      <w:r w:rsidR="008A28A4" w:rsidRPr="00F96287">
        <w:rPr>
          <w:rFonts w:ascii="Palatino Linotype" w:hAnsi="Palatino Linotype"/>
          <w:b/>
          <w:bCs/>
          <w:i/>
          <w:iCs/>
          <w:color w:val="000000" w:themeColor="text1"/>
          <w:sz w:val="28"/>
          <w:szCs w:val="28"/>
        </w:rPr>
        <w:t>q</w:t>
      </w:r>
      <w:r w:rsidR="00101574" w:rsidRPr="00F96287">
        <w:rPr>
          <w:rFonts w:ascii="Palatino Linotype" w:hAnsi="Palatino Linotype"/>
          <w:b/>
          <w:bCs/>
          <w:i/>
          <w:iCs/>
          <w:color w:val="000000" w:themeColor="text1"/>
          <w:sz w:val="28"/>
          <w:szCs w:val="28"/>
        </w:rPr>
        <w:t>ualità</w:t>
      </w:r>
      <w:proofErr w:type="spellEnd"/>
      <w:r w:rsidR="00101574" w:rsidRPr="00F96287">
        <w:rPr>
          <w:rFonts w:ascii="Palatino Linotype" w:hAnsi="Palatino Linotype"/>
          <w:b/>
          <w:bCs/>
          <w:i/>
          <w:iCs/>
          <w:color w:val="000000" w:themeColor="text1"/>
          <w:sz w:val="28"/>
          <w:szCs w:val="28"/>
        </w:rPr>
        <w:t xml:space="preserve">, un </w:t>
      </w:r>
      <w:proofErr w:type="spellStart"/>
      <w:r w:rsidR="008A28A4" w:rsidRPr="00F96287">
        <w:rPr>
          <w:rFonts w:ascii="Palatino Linotype" w:hAnsi="Palatino Linotype"/>
          <w:b/>
          <w:bCs/>
          <w:i/>
          <w:iCs/>
          <w:color w:val="000000" w:themeColor="text1"/>
          <w:sz w:val="28"/>
          <w:szCs w:val="28"/>
        </w:rPr>
        <w:t>p</w:t>
      </w:r>
      <w:r w:rsidR="006F6A9A" w:rsidRPr="00F96287">
        <w:rPr>
          <w:rFonts w:ascii="Palatino Linotype" w:hAnsi="Palatino Linotype"/>
          <w:b/>
          <w:bCs/>
          <w:i/>
          <w:iCs/>
          <w:color w:val="000000" w:themeColor="text1"/>
          <w:sz w:val="28"/>
          <w:szCs w:val="28"/>
        </w:rPr>
        <w:t>rogetto</w:t>
      </w:r>
      <w:proofErr w:type="spellEnd"/>
      <w:r w:rsidR="006F6A9A" w:rsidRPr="00F96287">
        <w:rPr>
          <w:rFonts w:ascii="Palatino Linotype" w:hAnsi="Palatino Linotype"/>
          <w:b/>
          <w:bCs/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="006F6A9A" w:rsidRPr="00F96287">
        <w:rPr>
          <w:rFonts w:ascii="Palatino Linotype" w:hAnsi="Palatino Linotype"/>
          <w:b/>
          <w:bCs/>
          <w:i/>
          <w:iCs/>
          <w:color w:val="000000" w:themeColor="text1"/>
          <w:sz w:val="28"/>
          <w:szCs w:val="28"/>
        </w:rPr>
        <w:t>ormai</w:t>
      </w:r>
      <w:proofErr w:type="spellEnd"/>
      <w:r w:rsidR="006F6A9A" w:rsidRPr="00F96287">
        <w:rPr>
          <w:rFonts w:ascii="Palatino Linotype" w:hAnsi="Palatino Linotype"/>
          <w:b/>
          <w:bCs/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="006F6A9A" w:rsidRPr="00F96287">
        <w:rPr>
          <w:rFonts w:ascii="Palatino Linotype" w:hAnsi="Palatino Linotype"/>
          <w:b/>
          <w:bCs/>
          <w:i/>
          <w:iCs/>
          <w:color w:val="000000" w:themeColor="text1"/>
          <w:sz w:val="28"/>
          <w:szCs w:val="28"/>
        </w:rPr>
        <w:t>diventato</w:t>
      </w:r>
      <w:proofErr w:type="spellEnd"/>
      <w:r w:rsidR="006F6A9A" w:rsidRPr="00F96287">
        <w:rPr>
          <w:rFonts w:ascii="Palatino Linotype" w:hAnsi="Palatino Linotype"/>
          <w:b/>
          <w:bCs/>
          <w:i/>
          <w:iCs/>
          <w:color w:val="000000" w:themeColor="text1"/>
          <w:sz w:val="28"/>
          <w:szCs w:val="28"/>
        </w:rPr>
        <w:t xml:space="preserve"> un must</w:t>
      </w:r>
      <w:r w:rsidR="005372BA" w:rsidRPr="00F96287">
        <w:rPr>
          <w:rFonts w:ascii="Palatino Linotype" w:hAnsi="Palatino Linotype"/>
          <w:b/>
          <w:bCs/>
          <w:i/>
          <w:iCs/>
          <w:color w:val="000000" w:themeColor="text1"/>
          <w:sz w:val="28"/>
          <w:szCs w:val="28"/>
        </w:rPr>
        <w:t>:</w:t>
      </w:r>
      <w:r w:rsidR="00F96287">
        <w:rPr>
          <w:rFonts w:ascii="Palatino Linotype" w:hAnsi="Palatino Linotype"/>
          <w:b/>
          <w:bCs/>
          <w:i/>
          <w:iCs/>
          <w:color w:val="000000" w:themeColor="text1"/>
          <w:sz w:val="28"/>
          <w:szCs w:val="28"/>
        </w:rPr>
        <w:t xml:space="preserve"> </w:t>
      </w:r>
      <w:r w:rsidRPr="00F96287">
        <w:rPr>
          <w:rFonts w:ascii="Palatino Linotype" w:hAnsi="Palatino Linotype"/>
          <w:b/>
          <w:bCs/>
          <w:i/>
          <w:iCs/>
          <w:color w:val="000000" w:themeColor="text1"/>
          <w:sz w:val="28"/>
          <w:szCs w:val="28"/>
        </w:rPr>
        <w:t xml:space="preserve"> meta per </w:t>
      </w:r>
      <w:proofErr w:type="spellStart"/>
      <w:r w:rsidRPr="00F96287">
        <w:rPr>
          <w:rFonts w:ascii="Palatino Linotype" w:hAnsi="Palatino Linotype"/>
          <w:b/>
          <w:bCs/>
          <w:i/>
          <w:iCs/>
          <w:color w:val="000000" w:themeColor="text1"/>
          <w:sz w:val="28"/>
          <w:szCs w:val="28"/>
        </w:rPr>
        <w:t>amanti</w:t>
      </w:r>
      <w:proofErr w:type="spellEnd"/>
      <w:r w:rsidRPr="00F96287">
        <w:rPr>
          <w:rFonts w:ascii="Palatino Linotype" w:hAnsi="Palatino Linotype"/>
          <w:b/>
          <w:bCs/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F96287">
        <w:rPr>
          <w:rFonts w:ascii="Palatino Linotype" w:hAnsi="Palatino Linotype"/>
          <w:b/>
          <w:bCs/>
          <w:i/>
          <w:iCs/>
          <w:color w:val="000000" w:themeColor="text1"/>
          <w:sz w:val="28"/>
          <w:szCs w:val="28"/>
        </w:rPr>
        <w:t>dell’arte</w:t>
      </w:r>
      <w:proofErr w:type="spellEnd"/>
      <w:r w:rsidRPr="00F96287">
        <w:rPr>
          <w:rFonts w:ascii="Palatino Linotype" w:hAnsi="Palatino Linotype"/>
          <w:b/>
          <w:bCs/>
          <w:i/>
          <w:iCs/>
          <w:color w:val="000000" w:themeColor="text1"/>
          <w:sz w:val="28"/>
          <w:szCs w:val="28"/>
        </w:rPr>
        <w:t xml:space="preserve">, </w:t>
      </w:r>
      <w:proofErr w:type="spellStart"/>
      <w:r w:rsidR="00932EEB" w:rsidRPr="00F96287">
        <w:rPr>
          <w:rFonts w:ascii="Palatino Linotype" w:hAnsi="Palatino Linotype"/>
          <w:b/>
          <w:bCs/>
          <w:i/>
          <w:iCs/>
          <w:color w:val="000000" w:themeColor="text1"/>
          <w:sz w:val="28"/>
          <w:szCs w:val="28"/>
        </w:rPr>
        <w:t>collezionisti</w:t>
      </w:r>
      <w:proofErr w:type="spellEnd"/>
      <w:r w:rsidR="00932EEB" w:rsidRPr="00F96287">
        <w:rPr>
          <w:rFonts w:ascii="Palatino Linotype" w:hAnsi="Palatino Linotype"/>
          <w:b/>
          <w:bCs/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F96287">
        <w:rPr>
          <w:rFonts w:ascii="Palatino Linotype" w:hAnsi="Palatino Linotype"/>
          <w:b/>
          <w:bCs/>
          <w:i/>
          <w:iCs/>
          <w:color w:val="000000" w:themeColor="text1"/>
          <w:sz w:val="28"/>
          <w:szCs w:val="28"/>
        </w:rPr>
        <w:t>ed</w:t>
      </w:r>
      <w:proofErr w:type="spellEnd"/>
      <w:r w:rsidRPr="00F96287">
        <w:rPr>
          <w:rFonts w:ascii="Palatino Linotype" w:hAnsi="Palatino Linotype"/>
          <w:b/>
          <w:bCs/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F96287">
        <w:rPr>
          <w:rFonts w:ascii="Palatino Linotype" w:hAnsi="Palatino Linotype"/>
          <w:b/>
          <w:bCs/>
          <w:i/>
          <w:iCs/>
          <w:color w:val="000000" w:themeColor="text1"/>
          <w:sz w:val="28"/>
          <w:szCs w:val="28"/>
        </w:rPr>
        <w:t>esperti</w:t>
      </w:r>
      <w:proofErr w:type="spellEnd"/>
      <w:r w:rsidRPr="00F96287">
        <w:rPr>
          <w:rFonts w:ascii="Palatino Linotype" w:hAnsi="Palatino Linotype"/>
          <w:b/>
          <w:bCs/>
          <w:i/>
          <w:iCs/>
          <w:color w:val="000000" w:themeColor="text1"/>
          <w:sz w:val="28"/>
          <w:szCs w:val="28"/>
        </w:rPr>
        <w:t xml:space="preserve"> del </w:t>
      </w:r>
      <w:proofErr w:type="spellStart"/>
      <w:r w:rsidRPr="00F96287">
        <w:rPr>
          <w:rFonts w:ascii="Palatino Linotype" w:hAnsi="Palatino Linotype"/>
          <w:b/>
          <w:bCs/>
          <w:i/>
          <w:iCs/>
          <w:color w:val="000000" w:themeColor="text1"/>
          <w:sz w:val="28"/>
          <w:szCs w:val="28"/>
        </w:rPr>
        <w:t>settore</w:t>
      </w:r>
      <w:proofErr w:type="spellEnd"/>
    </w:p>
    <w:p w14:paraId="4D9148FD" w14:textId="77777777" w:rsidR="005D344F" w:rsidRPr="00F96287" w:rsidRDefault="005D344F" w:rsidP="005D344F">
      <w:pPr>
        <w:jc w:val="center"/>
        <w:rPr>
          <w:rFonts w:ascii="Palatino Linotype" w:hAnsi="Palatino Linotype"/>
          <w:b/>
          <w:i/>
          <w:color w:val="000000" w:themeColor="text1"/>
          <w:sz w:val="28"/>
          <w:szCs w:val="28"/>
        </w:rPr>
      </w:pPr>
    </w:p>
    <w:p w14:paraId="59A9F3C4" w14:textId="31575A1C" w:rsidR="005D344F" w:rsidRPr="00F96287" w:rsidRDefault="001C5D28" w:rsidP="005D344F">
      <w:pPr>
        <w:jc w:val="center"/>
        <w:rPr>
          <w:rFonts w:ascii="Palatino Linotype" w:hAnsi="Palatino Linotype"/>
          <w:b/>
          <w:bCs/>
          <w:i/>
          <w:iCs/>
          <w:color w:val="000000" w:themeColor="text1"/>
          <w:sz w:val="28"/>
          <w:szCs w:val="28"/>
        </w:rPr>
      </w:pPr>
      <w:r w:rsidRPr="00F96287">
        <w:rPr>
          <w:rFonts w:ascii="Palatino Linotype" w:hAnsi="Palatino Linotype"/>
          <w:b/>
          <w:bCs/>
          <w:i/>
          <w:iCs/>
          <w:color w:val="000000" w:themeColor="text1"/>
          <w:sz w:val="28"/>
          <w:szCs w:val="28"/>
        </w:rPr>
        <w:t>13</w:t>
      </w:r>
      <w:r w:rsidR="005D344F" w:rsidRPr="00F96287">
        <w:rPr>
          <w:rFonts w:ascii="Palatino Linotype" w:hAnsi="Palatino Linotype"/>
          <w:b/>
          <w:bCs/>
          <w:i/>
          <w:iCs/>
          <w:color w:val="000000" w:themeColor="text1"/>
          <w:sz w:val="28"/>
          <w:szCs w:val="28"/>
        </w:rPr>
        <w:t xml:space="preserve"> – 1</w:t>
      </w:r>
      <w:r w:rsidRPr="00F96287">
        <w:rPr>
          <w:rFonts w:ascii="Palatino Linotype" w:hAnsi="Palatino Linotype"/>
          <w:b/>
          <w:bCs/>
          <w:i/>
          <w:iCs/>
          <w:color w:val="000000" w:themeColor="text1"/>
          <w:sz w:val="28"/>
          <w:szCs w:val="28"/>
        </w:rPr>
        <w:t>7</w:t>
      </w:r>
      <w:r w:rsidR="005D344F" w:rsidRPr="00F96287">
        <w:rPr>
          <w:rFonts w:ascii="Palatino Linotype" w:hAnsi="Palatino Linotype"/>
          <w:b/>
          <w:bCs/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="005D344F" w:rsidRPr="00F96287">
        <w:rPr>
          <w:rFonts w:ascii="Palatino Linotype" w:hAnsi="Palatino Linotype"/>
          <w:b/>
          <w:bCs/>
          <w:i/>
          <w:iCs/>
          <w:color w:val="000000" w:themeColor="text1"/>
          <w:sz w:val="28"/>
          <w:szCs w:val="28"/>
        </w:rPr>
        <w:t>febbraio</w:t>
      </w:r>
      <w:proofErr w:type="spellEnd"/>
      <w:r w:rsidR="005D344F" w:rsidRPr="00F96287">
        <w:rPr>
          <w:rFonts w:ascii="Palatino Linotype" w:hAnsi="Palatino Linotype"/>
          <w:b/>
          <w:bCs/>
          <w:i/>
          <w:iCs/>
          <w:color w:val="000000" w:themeColor="text1"/>
          <w:sz w:val="28"/>
          <w:szCs w:val="28"/>
        </w:rPr>
        <w:t xml:space="preserve"> 202</w:t>
      </w:r>
      <w:r w:rsidRPr="00F96287">
        <w:rPr>
          <w:rFonts w:ascii="Palatino Linotype" w:hAnsi="Palatino Linotype"/>
          <w:b/>
          <w:bCs/>
          <w:i/>
          <w:iCs/>
          <w:color w:val="000000" w:themeColor="text1"/>
          <w:sz w:val="28"/>
          <w:szCs w:val="28"/>
        </w:rPr>
        <w:t>7</w:t>
      </w:r>
    </w:p>
    <w:p w14:paraId="67F98895" w14:textId="77777777" w:rsidR="005D344F" w:rsidRPr="00F96287" w:rsidRDefault="005D344F" w:rsidP="005D344F">
      <w:pPr>
        <w:jc w:val="center"/>
        <w:rPr>
          <w:rFonts w:ascii="Palatino Linotype" w:hAnsi="Palatino Linotype"/>
          <w:b/>
          <w:bCs/>
          <w:i/>
          <w:iCs/>
          <w:color w:val="000000" w:themeColor="text1"/>
          <w:sz w:val="28"/>
          <w:szCs w:val="28"/>
        </w:rPr>
      </w:pPr>
      <w:proofErr w:type="spellStart"/>
      <w:r w:rsidRPr="00F96287">
        <w:rPr>
          <w:rFonts w:ascii="Palatino Linotype" w:hAnsi="Palatino Linotype"/>
          <w:b/>
          <w:bCs/>
          <w:i/>
          <w:iCs/>
          <w:color w:val="000000" w:themeColor="text1"/>
          <w:sz w:val="28"/>
          <w:szCs w:val="28"/>
        </w:rPr>
        <w:t>ModenaFiere</w:t>
      </w:r>
      <w:proofErr w:type="spellEnd"/>
    </w:p>
    <w:p w14:paraId="7CACEADA" w14:textId="70DC25BE" w:rsidR="009E4F65" w:rsidRPr="00F96287" w:rsidRDefault="009E4F65" w:rsidP="0034783F">
      <w:pPr>
        <w:spacing w:after="0"/>
        <w:jc w:val="both"/>
        <w:rPr>
          <w:rFonts w:ascii="Palatino Linotype" w:hAnsi="Palatino Linotype"/>
          <w:color w:val="000000" w:themeColor="text1"/>
          <w:sz w:val="24"/>
          <w:szCs w:val="24"/>
          <w:lang w:val="it-IT"/>
        </w:rPr>
      </w:pPr>
    </w:p>
    <w:p w14:paraId="3193BA6C" w14:textId="77777777" w:rsidR="008D4CEB" w:rsidRPr="00F96287" w:rsidRDefault="00CA6C96" w:rsidP="0059774A">
      <w:pPr>
        <w:spacing w:after="0"/>
        <w:jc w:val="both"/>
        <w:rPr>
          <w:rFonts w:ascii="Palatino Linotype" w:hAnsi="Palatino Linotype"/>
          <w:color w:val="000000" w:themeColor="text1"/>
          <w:sz w:val="24"/>
          <w:szCs w:val="24"/>
          <w:lang w:val="it-IT"/>
        </w:rPr>
      </w:pPr>
      <w:r w:rsidRPr="00F96287">
        <w:rPr>
          <w:rFonts w:ascii="Palatino Linotype" w:hAnsi="Palatino Linotype"/>
          <w:color w:val="000000" w:themeColor="text1"/>
          <w:sz w:val="24"/>
          <w:szCs w:val="24"/>
          <w:lang w:val="it-IT"/>
        </w:rPr>
        <w:t>Nel 202</w:t>
      </w:r>
      <w:r w:rsidR="001C5D28" w:rsidRPr="00F96287">
        <w:rPr>
          <w:rFonts w:ascii="Palatino Linotype" w:hAnsi="Palatino Linotype"/>
          <w:color w:val="000000" w:themeColor="text1"/>
          <w:sz w:val="24"/>
          <w:szCs w:val="24"/>
          <w:lang w:val="it-IT"/>
        </w:rPr>
        <w:t>7</w:t>
      </w:r>
      <w:r w:rsidRPr="00F96287">
        <w:rPr>
          <w:rFonts w:ascii="Palatino Linotype" w:hAnsi="Palatino Linotype"/>
          <w:color w:val="000000" w:themeColor="text1"/>
          <w:sz w:val="24"/>
          <w:szCs w:val="24"/>
          <w:lang w:val="it-IT"/>
        </w:rPr>
        <w:t xml:space="preserve"> </w:t>
      </w:r>
      <w:proofErr w:type="spellStart"/>
      <w:r w:rsidRPr="00F96287">
        <w:rPr>
          <w:rFonts w:ascii="Palatino Linotype" w:hAnsi="Palatino Linotype"/>
          <w:b/>
          <w:bCs/>
          <w:color w:val="000000" w:themeColor="text1"/>
          <w:sz w:val="24"/>
          <w:szCs w:val="24"/>
          <w:lang w:val="it-IT"/>
        </w:rPr>
        <w:t>Modenantiquaria</w:t>
      </w:r>
      <w:proofErr w:type="spellEnd"/>
      <w:r w:rsidR="0016595B" w:rsidRPr="00F96287">
        <w:rPr>
          <w:rFonts w:ascii="Palatino Linotype" w:hAnsi="Palatino Linotype"/>
          <w:b/>
          <w:bCs/>
          <w:color w:val="000000" w:themeColor="text1"/>
          <w:sz w:val="24"/>
          <w:szCs w:val="24"/>
          <w:lang w:val="it-IT"/>
        </w:rPr>
        <w:t xml:space="preserve"> </w:t>
      </w:r>
      <w:r w:rsidR="0016595B" w:rsidRPr="00F96287">
        <w:rPr>
          <w:rFonts w:ascii="Palatino Linotype" w:hAnsi="Palatino Linotype"/>
          <w:color w:val="000000" w:themeColor="text1"/>
          <w:sz w:val="24"/>
          <w:szCs w:val="24"/>
          <w:lang w:val="it-IT"/>
        </w:rPr>
        <w:t xml:space="preserve">festeggia un compleanno importante, a cifra tonda: a febbraio va in scena </w:t>
      </w:r>
      <w:r w:rsidR="008D4CEB" w:rsidRPr="00DE2DD9">
        <w:rPr>
          <w:rFonts w:ascii="Palatino Linotype" w:eastAsia="Times New Roman" w:hAnsi="Palatino Linotype" w:cs="Arial"/>
          <w:color w:val="000000" w:themeColor="text1"/>
          <w:sz w:val="24"/>
          <w:szCs w:val="24"/>
          <w:lang w:val="it-IT" w:eastAsia="it-IT"/>
        </w:rPr>
        <w:t xml:space="preserve">la 40ª edizione </w:t>
      </w:r>
      <w:r w:rsidR="008A28A4" w:rsidRPr="00F96287">
        <w:rPr>
          <w:rFonts w:ascii="Palatino Linotype" w:hAnsi="Palatino Linotype"/>
          <w:color w:val="000000" w:themeColor="text1"/>
          <w:sz w:val="24"/>
          <w:szCs w:val="24"/>
          <w:lang w:val="it-IT"/>
        </w:rPr>
        <w:t>della kermesse</w:t>
      </w:r>
      <w:r w:rsidR="008D4CEB" w:rsidRPr="00DE2DD9">
        <w:rPr>
          <w:rFonts w:ascii="Palatino Linotype" w:eastAsia="Times New Roman" w:hAnsi="Palatino Linotype" w:cs="Arial"/>
          <w:color w:val="000000" w:themeColor="text1"/>
          <w:sz w:val="24"/>
          <w:szCs w:val="24"/>
          <w:lang w:val="it-IT" w:eastAsia="it-IT"/>
        </w:rPr>
        <w:t>, un traguardo che testimonia la capacità della rassegna di evolversi nel tempo, mantenendo salda la propria identità e continuando a interpretar</w:t>
      </w:r>
      <w:r w:rsidR="008D4CEB" w:rsidRPr="00F96287">
        <w:rPr>
          <w:rFonts w:ascii="Palatino Linotype" w:eastAsia="Times New Roman" w:hAnsi="Palatino Linotype" w:cs="Arial"/>
          <w:color w:val="000000" w:themeColor="text1"/>
          <w:sz w:val="24"/>
          <w:szCs w:val="24"/>
          <w:lang w:val="it-IT" w:eastAsia="it-IT"/>
        </w:rPr>
        <w:t>e le trasformazioni del settore</w:t>
      </w:r>
      <w:r w:rsidR="0016595B" w:rsidRPr="00F96287">
        <w:rPr>
          <w:rFonts w:ascii="Palatino Linotype" w:hAnsi="Palatino Linotype"/>
          <w:color w:val="000000" w:themeColor="text1"/>
          <w:sz w:val="24"/>
          <w:szCs w:val="24"/>
          <w:lang w:val="it-IT"/>
        </w:rPr>
        <w:t xml:space="preserve">. </w:t>
      </w:r>
    </w:p>
    <w:p w14:paraId="45F2CEC5" w14:textId="77777777" w:rsidR="008D4CEB" w:rsidRPr="00F96287" w:rsidRDefault="008D4CEB" w:rsidP="0059774A">
      <w:pPr>
        <w:spacing w:after="0"/>
        <w:jc w:val="both"/>
        <w:rPr>
          <w:rFonts w:ascii="Palatino Linotype" w:hAnsi="Palatino Linotype"/>
          <w:color w:val="000000" w:themeColor="text1"/>
          <w:sz w:val="24"/>
          <w:szCs w:val="24"/>
          <w:lang w:val="it-IT"/>
        </w:rPr>
      </w:pPr>
    </w:p>
    <w:p w14:paraId="7EE101E8" w14:textId="12BEBA67" w:rsidR="00174DA5" w:rsidRPr="00B01E91" w:rsidRDefault="00B01E91" w:rsidP="0034783F">
      <w:pPr>
        <w:spacing w:after="0"/>
        <w:jc w:val="both"/>
        <w:rPr>
          <w:rFonts w:ascii="Palatino Linotype" w:hAnsi="Palatino Linotype"/>
          <w:sz w:val="24"/>
          <w:szCs w:val="24"/>
        </w:rPr>
      </w:pPr>
      <w:r w:rsidRPr="00B01E91">
        <w:rPr>
          <w:rFonts w:ascii="Palatino Linotype" w:hAnsi="Palatino Linotype"/>
          <w:sz w:val="24"/>
          <w:szCs w:val="24"/>
        </w:rPr>
        <w:t xml:space="preserve">A </w:t>
      </w:r>
      <w:proofErr w:type="spellStart"/>
      <w:r w:rsidRPr="00B01E91">
        <w:rPr>
          <w:rFonts w:ascii="Palatino Linotype" w:hAnsi="Palatino Linotype"/>
          <w:sz w:val="24"/>
          <w:szCs w:val="24"/>
        </w:rPr>
        <w:t>conferma</w:t>
      </w:r>
      <w:proofErr w:type="spellEnd"/>
      <w:r w:rsidRPr="00B01E91">
        <w:rPr>
          <w:rFonts w:ascii="Palatino Linotype" w:hAnsi="Palatino Linotype"/>
          <w:sz w:val="24"/>
          <w:szCs w:val="24"/>
        </w:rPr>
        <w:t xml:space="preserve"> </w:t>
      </w:r>
      <w:proofErr w:type="spellStart"/>
      <w:r w:rsidRPr="00B01E91">
        <w:rPr>
          <w:rFonts w:ascii="Palatino Linotype" w:hAnsi="Palatino Linotype"/>
          <w:sz w:val="24"/>
          <w:szCs w:val="24"/>
        </w:rPr>
        <w:t>dell'autorevolezza</w:t>
      </w:r>
      <w:proofErr w:type="spellEnd"/>
      <w:r w:rsidRPr="00B01E91">
        <w:rPr>
          <w:rFonts w:ascii="Palatino Linotype" w:hAnsi="Palatino Linotype"/>
          <w:sz w:val="24"/>
          <w:szCs w:val="24"/>
        </w:rPr>
        <w:t xml:space="preserve"> </w:t>
      </w:r>
      <w:proofErr w:type="spellStart"/>
      <w:r w:rsidRPr="00B01E91">
        <w:rPr>
          <w:rFonts w:ascii="Palatino Linotype" w:hAnsi="Palatino Linotype"/>
          <w:sz w:val="24"/>
          <w:szCs w:val="24"/>
        </w:rPr>
        <w:t>raggiunta</w:t>
      </w:r>
      <w:proofErr w:type="spellEnd"/>
      <w:r w:rsidRPr="00B01E91">
        <w:rPr>
          <w:rFonts w:ascii="Palatino Linotype" w:hAnsi="Palatino Linotype"/>
          <w:sz w:val="24"/>
          <w:szCs w:val="24"/>
        </w:rPr>
        <w:t xml:space="preserve"> </w:t>
      </w:r>
      <w:proofErr w:type="spellStart"/>
      <w:r w:rsidRPr="00B01E91">
        <w:rPr>
          <w:rFonts w:ascii="Palatino Linotype" w:hAnsi="Palatino Linotype"/>
          <w:sz w:val="24"/>
          <w:szCs w:val="24"/>
        </w:rPr>
        <w:t>dalla</w:t>
      </w:r>
      <w:proofErr w:type="spellEnd"/>
      <w:r w:rsidRPr="00B01E91">
        <w:rPr>
          <w:rFonts w:ascii="Palatino Linotype" w:hAnsi="Palatino Linotype"/>
          <w:sz w:val="24"/>
          <w:szCs w:val="24"/>
        </w:rPr>
        <w:t xml:space="preserve"> </w:t>
      </w:r>
      <w:proofErr w:type="spellStart"/>
      <w:r w:rsidRPr="00B01E91">
        <w:rPr>
          <w:rFonts w:ascii="Palatino Linotype" w:hAnsi="Palatino Linotype"/>
          <w:sz w:val="24"/>
          <w:szCs w:val="24"/>
        </w:rPr>
        <w:t>manifestazione</w:t>
      </w:r>
      <w:proofErr w:type="spellEnd"/>
      <w:r w:rsidRPr="00B01E91">
        <w:rPr>
          <w:rFonts w:ascii="Palatino Linotype" w:hAnsi="Palatino Linotype"/>
          <w:sz w:val="24"/>
          <w:szCs w:val="24"/>
        </w:rPr>
        <w:t xml:space="preserve"> </w:t>
      </w:r>
      <w:proofErr w:type="spellStart"/>
      <w:r w:rsidRPr="00B01E91">
        <w:rPr>
          <w:rFonts w:ascii="Palatino Linotype" w:hAnsi="Palatino Linotype"/>
          <w:sz w:val="24"/>
          <w:szCs w:val="24"/>
        </w:rPr>
        <w:t>nel</w:t>
      </w:r>
      <w:proofErr w:type="spellEnd"/>
      <w:r w:rsidRPr="00B01E91">
        <w:rPr>
          <w:rFonts w:ascii="Palatino Linotype" w:hAnsi="Palatino Linotype"/>
          <w:sz w:val="24"/>
          <w:szCs w:val="24"/>
        </w:rPr>
        <w:t xml:space="preserve"> panorama del </w:t>
      </w:r>
      <w:proofErr w:type="spellStart"/>
      <w:r w:rsidRPr="00B01E91">
        <w:rPr>
          <w:rFonts w:ascii="Palatino Linotype" w:hAnsi="Palatino Linotype"/>
          <w:sz w:val="24"/>
          <w:szCs w:val="24"/>
        </w:rPr>
        <w:t>settore</w:t>
      </w:r>
      <w:proofErr w:type="spellEnd"/>
      <w:r w:rsidRPr="00B01E91">
        <w:rPr>
          <w:rFonts w:ascii="Palatino Linotype" w:hAnsi="Palatino Linotype"/>
          <w:sz w:val="24"/>
          <w:szCs w:val="24"/>
        </w:rPr>
        <w:t xml:space="preserve"> </w:t>
      </w:r>
      <w:proofErr w:type="spellStart"/>
      <w:r w:rsidRPr="00B01E91">
        <w:rPr>
          <w:rFonts w:ascii="Palatino Linotype" w:hAnsi="Palatino Linotype"/>
          <w:sz w:val="24"/>
          <w:szCs w:val="24"/>
        </w:rPr>
        <w:t>antiquario</w:t>
      </w:r>
      <w:proofErr w:type="spellEnd"/>
      <w:r w:rsidRPr="00B01E91">
        <w:rPr>
          <w:rFonts w:ascii="Palatino Linotype" w:hAnsi="Palatino Linotype"/>
          <w:sz w:val="24"/>
          <w:szCs w:val="24"/>
        </w:rPr>
        <w:t xml:space="preserve">, la </w:t>
      </w:r>
      <w:proofErr w:type="spellStart"/>
      <w:r w:rsidRPr="00B01E91">
        <w:rPr>
          <w:rFonts w:ascii="Palatino Linotype" w:hAnsi="Palatino Linotype"/>
          <w:sz w:val="24"/>
          <w:szCs w:val="24"/>
        </w:rPr>
        <w:t>mostra</w:t>
      </w:r>
      <w:proofErr w:type="spellEnd"/>
      <w:r w:rsidRPr="00B01E91">
        <w:rPr>
          <w:rFonts w:ascii="Palatino Linotype" w:hAnsi="Palatino Linotype"/>
          <w:sz w:val="24"/>
          <w:szCs w:val="24"/>
        </w:rPr>
        <w:t xml:space="preserve"> </w:t>
      </w:r>
      <w:proofErr w:type="spellStart"/>
      <w:r w:rsidRPr="00B01E91">
        <w:rPr>
          <w:rFonts w:ascii="Palatino Linotype" w:hAnsi="Palatino Linotype"/>
          <w:sz w:val="24"/>
          <w:szCs w:val="24"/>
        </w:rPr>
        <w:t>rinnova</w:t>
      </w:r>
      <w:proofErr w:type="spellEnd"/>
      <w:r w:rsidRPr="00B01E91">
        <w:rPr>
          <w:rFonts w:ascii="Palatino Linotype" w:hAnsi="Palatino Linotype"/>
          <w:sz w:val="24"/>
          <w:szCs w:val="24"/>
        </w:rPr>
        <w:t xml:space="preserve"> </w:t>
      </w:r>
      <w:proofErr w:type="spellStart"/>
      <w:r w:rsidRPr="00B01E91">
        <w:rPr>
          <w:rFonts w:ascii="Palatino Linotype" w:hAnsi="Palatino Linotype"/>
          <w:sz w:val="24"/>
          <w:szCs w:val="24"/>
        </w:rPr>
        <w:t>i</w:t>
      </w:r>
      <w:proofErr w:type="spellEnd"/>
      <w:r w:rsidRPr="00B01E91">
        <w:rPr>
          <w:rFonts w:ascii="Palatino Linotype" w:hAnsi="Palatino Linotype"/>
          <w:sz w:val="24"/>
          <w:szCs w:val="24"/>
        </w:rPr>
        <w:t xml:space="preserve"> </w:t>
      </w:r>
      <w:proofErr w:type="spellStart"/>
      <w:r w:rsidRPr="00B01E91">
        <w:rPr>
          <w:rFonts w:ascii="Palatino Linotype" w:hAnsi="Palatino Linotype"/>
          <w:sz w:val="24"/>
          <w:szCs w:val="24"/>
        </w:rPr>
        <w:t>patrocini</w:t>
      </w:r>
      <w:proofErr w:type="spellEnd"/>
      <w:r w:rsidRPr="00B01E91">
        <w:rPr>
          <w:rFonts w:ascii="Palatino Linotype" w:hAnsi="Palatino Linotype"/>
          <w:sz w:val="24"/>
          <w:szCs w:val="24"/>
        </w:rPr>
        <w:t xml:space="preserve"> </w:t>
      </w:r>
      <w:proofErr w:type="spellStart"/>
      <w:r w:rsidRPr="00B01E91">
        <w:rPr>
          <w:rFonts w:ascii="Palatino Linotype" w:hAnsi="Palatino Linotype"/>
          <w:sz w:val="24"/>
          <w:szCs w:val="24"/>
        </w:rPr>
        <w:t>dell'</w:t>
      </w:r>
      <w:r w:rsidRPr="00B01E91">
        <w:rPr>
          <w:rFonts w:ascii="Palatino Linotype" w:hAnsi="Palatino Linotype"/>
          <w:b/>
          <w:sz w:val="24"/>
          <w:szCs w:val="24"/>
        </w:rPr>
        <w:t>Associazione</w:t>
      </w:r>
      <w:proofErr w:type="spellEnd"/>
      <w:r w:rsidRPr="00B01E91">
        <w:rPr>
          <w:rFonts w:ascii="Palatino Linotype" w:hAnsi="Palatino Linotype"/>
          <w:b/>
          <w:sz w:val="24"/>
          <w:szCs w:val="24"/>
        </w:rPr>
        <w:t xml:space="preserve"> </w:t>
      </w:r>
      <w:proofErr w:type="spellStart"/>
      <w:r w:rsidRPr="00B01E91">
        <w:rPr>
          <w:rFonts w:ascii="Palatino Linotype" w:hAnsi="Palatino Linotype"/>
          <w:b/>
          <w:sz w:val="24"/>
          <w:szCs w:val="24"/>
        </w:rPr>
        <w:t>Antiquari</w:t>
      </w:r>
      <w:proofErr w:type="spellEnd"/>
      <w:r w:rsidRPr="00B01E91">
        <w:rPr>
          <w:rFonts w:ascii="Palatino Linotype" w:hAnsi="Palatino Linotype"/>
          <w:b/>
          <w:sz w:val="24"/>
          <w:szCs w:val="24"/>
        </w:rPr>
        <w:t xml:space="preserve"> </w:t>
      </w:r>
      <w:proofErr w:type="spellStart"/>
      <w:r w:rsidRPr="00B01E91">
        <w:rPr>
          <w:rFonts w:ascii="Palatino Linotype" w:hAnsi="Palatino Linotype"/>
          <w:b/>
          <w:sz w:val="24"/>
          <w:szCs w:val="24"/>
        </w:rPr>
        <w:t>d'Italia</w:t>
      </w:r>
      <w:proofErr w:type="spellEnd"/>
      <w:r w:rsidRPr="00B01E91">
        <w:rPr>
          <w:rFonts w:ascii="Palatino Linotype" w:hAnsi="Palatino Linotype"/>
          <w:sz w:val="24"/>
          <w:szCs w:val="24"/>
        </w:rPr>
        <w:t xml:space="preserve">, di </w:t>
      </w:r>
      <w:r w:rsidRPr="00B01E91">
        <w:rPr>
          <w:rFonts w:ascii="Palatino Linotype" w:hAnsi="Palatino Linotype"/>
          <w:b/>
          <w:sz w:val="24"/>
          <w:szCs w:val="24"/>
        </w:rPr>
        <w:t>FIMA</w:t>
      </w:r>
      <w:r w:rsidRPr="00B01E91">
        <w:rPr>
          <w:rFonts w:ascii="Palatino Linotype" w:hAnsi="Palatino Linotype"/>
          <w:sz w:val="24"/>
          <w:szCs w:val="24"/>
        </w:rPr>
        <w:t xml:space="preserve"> e </w:t>
      </w:r>
      <w:proofErr w:type="spellStart"/>
      <w:r w:rsidRPr="00B01E91">
        <w:rPr>
          <w:rFonts w:ascii="Palatino Linotype" w:hAnsi="Palatino Linotype"/>
          <w:sz w:val="24"/>
          <w:szCs w:val="24"/>
        </w:rPr>
        <w:t>dell'</w:t>
      </w:r>
      <w:r w:rsidRPr="00B01E91">
        <w:rPr>
          <w:rFonts w:ascii="Palatino Linotype" w:hAnsi="Palatino Linotype"/>
          <w:b/>
          <w:sz w:val="24"/>
          <w:szCs w:val="24"/>
        </w:rPr>
        <w:t>Associazione</w:t>
      </w:r>
      <w:proofErr w:type="spellEnd"/>
      <w:r w:rsidRPr="00B01E91">
        <w:rPr>
          <w:rFonts w:ascii="Palatino Linotype" w:hAnsi="Palatino Linotype"/>
          <w:b/>
          <w:sz w:val="24"/>
          <w:szCs w:val="24"/>
        </w:rPr>
        <w:t xml:space="preserve"> </w:t>
      </w:r>
      <w:proofErr w:type="spellStart"/>
      <w:r w:rsidRPr="00B01E91">
        <w:rPr>
          <w:rFonts w:ascii="Palatino Linotype" w:hAnsi="Palatino Linotype"/>
          <w:b/>
          <w:sz w:val="24"/>
          <w:szCs w:val="24"/>
        </w:rPr>
        <w:t>Antiquari</w:t>
      </w:r>
      <w:proofErr w:type="spellEnd"/>
      <w:r w:rsidRPr="00B01E91">
        <w:rPr>
          <w:rFonts w:ascii="Palatino Linotype" w:hAnsi="Palatino Linotype"/>
          <w:b/>
          <w:sz w:val="24"/>
          <w:szCs w:val="24"/>
        </w:rPr>
        <w:t xml:space="preserve"> </w:t>
      </w:r>
      <w:proofErr w:type="spellStart"/>
      <w:r w:rsidRPr="00B01E91">
        <w:rPr>
          <w:rFonts w:ascii="Palatino Linotype" w:hAnsi="Palatino Linotype"/>
          <w:b/>
          <w:sz w:val="24"/>
          <w:szCs w:val="24"/>
        </w:rPr>
        <w:t>Modenesi</w:t>
      </w:r>
      <w:proofErr w:type="spellEnd"/>
      <w:r w:rsidRPr="00B01E91">
        <w:rPr>
          <w:rFonts w:ascii="Palatino Linotype" w:hAnsi="Palatino Linotype"/>
          <w:sz w:val="24"/>
          <w:szCs w:val="24"/>
        </w:rPr>
        <w:t xml:space="preserve">, cui </w:t>
      </w:r>
      <w:proofErr w:type="spellStart"/>
      <w:r w:rsidRPr="00B01E91">
        <w:rPr>
          <w:rFonts w:ascii="Palatino Linotype" w:hAnsi="Palatino Linotype"/>
          <w:sz w:val="24"/>
          <w:szCs w:val="24"/>
        </w:rPr>
        <w:t>si</w:t>
      </w:r>
      <w:proofErr w:type="spellEnd"/>
      <w:r w:rsidRPr="00B01E91">
        <w:rPr>
          <w:rFonts w:ascii="Palatino Linotype" w:hAnsi="Palatino Linotype"/>
          <w:sz w:val="24"/>
          <w:szCs w:val="24"/>
        </w:rPr>
        <w:t xml:space="preserve"> </w:t>
      </w:r>
      <w:proofErr w:type="spellStart"/>
      <w:r w:rsidRPr="00B01E91">
        <w:rPr>
          <w:rFonts w:ascii="Palatino Linotype" w:hAnsi="Palatino Linotype"/>
          <w:sz w:val="24"/>
          <w:szCs w:val="24"/>
        </w:rPr>
        <w:t>aggiungono</w:t>
      </w:r>
      <w:proofErr w:type="spellEnd"/>
      <w:r w:rsidRPr="00B01E91">
        <w:rPr>
          <w:rFonts w:ascii="Palatino Linotype" w:hAnsi="Palatino Linotype"/>
          <w:sz w:val="24"/>
          <w:szCs w:val="24"/>
        </w:rPr>
        <w:t xml:space="preserve"> </w:t>
      </w:r>
      <w:proofErr w:type="spellStart"/>
      <w:r w:rsidRPr="00B01E91">
        <w:rPr>
          <w:rFonts w:ascii="Palatino Linotype" w:hAnsi="Palatino Linotype"/>
          <w:sz w:val="24"/>
          <w:szCs w:val="24"/>
        </w:rPr>
        <w:t>quelli</w:t>
      </w:r>
      <w:proofErr w:type="spellEnd"/>
      <w:r w:rsidRPr="00B01E91">
        <w:rPr>
          <w:rFonts w:ascii="Palatino Linotype" w:hAnsi="Palatino Linotype"/>
          <w:sz w:val="24"/>
          <w:szCs w:val="24"/>
        </w:rPr>
        <w:t xml:space="preserve"> del </w:t>
      </w:r>
      <w:proofErr w:type="spellStart"/>
      <w:r w:rsidRPr="00B01E91">
        <w:rPr>
          <w:rFonts w:ascii="Palatino Linotype" w:hAnsi="Palatino Linotype"/>
          <w:b/>
          <w:sz w:val="24"/>
          <w:szCs w:val="24"/>
        </w:rPr>
        <w:t>Comune</w:t>
      </w:r>
      <w:proofErr w:type="spellEnd"/>
      <w:r w:rsidRPr="00B01E91">
        <w:rPr>
          <w:rFonts w:ascii="Palatino Linotype" w:hAnsi="Palatino Linotype"/>
          <w:b/>
          <w:sz w:val="24"/>
          <w:szCs w:val="24"/>
        </w:rPr>
        <w:t xml:space="preserve"> di Modena</w:t>
      </w:r>
      <w:r w:rsidRPr="00B01E91">
        <w:rPr>
          <w:rFonts w:ascii="Palatino Linotype" w:hAnsi="Palatino Linotype"/>
          <w:sz w:val="24"/>
          <w:szCs w:val="24"/>
        </w:rPr>
        <w:t xml:space="preserve"> e </w:t>
      </w:r>
      <w:proofErr w:type="spellStart"/>
      <w:r w:rsidRPr="00B01E91">
        <w:rPr>
          <w:rFonts w:ascii="Palatino Linotype" w:hAnsi="Palatino Linotype"/>
          <w:sz w:val="24"/>
          <w:szCs w:val="24"/>
        </w:rPr>
        <w:t>della</w:t>
      </w:r>
      <w:proofErr w:type="spellEnd"/>
      <w:r w:rsidRPr="00B01E91">
        <w:rPr>
          <w:rFonts w:ascii="Palatino Linotype" w:hAnsi="Palatino Linotype"/>
          <w:sz w:val="24"/>
          <w:szCs w:val="24"/>
        </w:rPr>
        <w:t xml:space="preserve"> </w:t>
      </w:r>
      <w:r w:rsidRPr="00B01E91">
        <w:rPr>
          <w:rFonts w:ascii="Palatino Linotype" w:hAnsi="Palatino Linotype"/>
          <w:b/>
          <w:sz w:val="24"/>
          <w:szCs w:val="24"/>
        </w:rPr>
        <w:t xml:space="preserve">Camera di </w:t>
      </w:r>
      <w:proofErr w:type="spellStart"/>
      <w:r w:rsidRPr="00B01E91">
        <w:rPr>
          <w:rFonts w:ascii="Palatino Linotype" w:hAnsi="Palatino Linotype"/>
          <w:b/>
          <w:sz w:val="24"/>
          <w:szCs w:val="24"/>
        </w:rPr>
        <w:t>Commercio</w:t>
      </w:r>
      <w:proofErr w:type="spellEnd"/>
      <w:r w:rsidRPr="00B01E91">
        <w:rPr>
          <w:rFonts w:ascii="Palatino Linotype" w:hAnsi="Palatino Linotype"/>
          <w:b/>
          <w:sz w:val="24"/>
          <w:szCs w:val="24"/>
        </w:rPr>
        <w:t xml:space="preserve"> di Modena</w:t>
      </w:r>
      <w:r w:rsidRPr="00B01E91">
        <w:rPr>
          <w:rFonts w:ascii="Palatino Linotype" w:hAnsi="Palatino Linotype"/>
          <w:sz w:val="24"/>
          <w:szCs w:val="24"/>
        </w:rPr>
        <w:t xml:space="preserve">, </w:t>
      </w:r>
      <w:proofErr w:type="spellStart"/>
      <w:r w:rsidRPr="00B01E91">
        <w:rPr>
          <w:rFonts w:ascii="Palatino Linotype" w:hAnsi="Palatino Linotype"/>
          <w:sz w:val="24"/>
          <w:szCs w:val="24"/>
        </w:rPr>
        <w:t>oltre</w:t>
      </w:r>
      <w:proofErr w:type="spellEnd"/>
      <w:r w:rsidRPr="00B01E91">
        <w:rPr>
          <w:rFonts w:ascii="Palatino Linotype" w:hAnsi="Palatino Linotype"/>
          <w:sz w:val="24"/>
          <w:szCs w:val="24"/>
        </w:rPr>
        <w:t xml:space="preserve"> </w:t>
      </w:r>
      <w:proofErr w:type="spellStart"/>
      <w:r w:rsidRPr="00B01E91">
        <w:rPr>
          <w:rFonts w:ascii="Palatino Linotype" w:hAnsi="Palatino Linotype"/>
          <w:sz w:val="24"/>
          <w:szCs w:val="24"/>
        </w:rPr>
        <w:t>alla</w:t>
      </w:r>
      <w:proofErr w:type="spellEnd"/>
      <w:r w:rsidRPr="00B01E91">
        <w:rPr>
          <w:rFonts w:ascii="Palatino Linotype" w:hAnsi="Palatino Linotype"/>
          <w:sz w:val="24"/>
          <w:szCs w:val="24"/>
        </w:rPr>
        <w:t xml:space="preserve"> partnership con </w:t>
      </w:r>
      <w:r w:rsidRPr="00B01E91">
        <w:rPr>
          <w:rFonts w:ascii="Palatino Linotype" w:hAnsi="Palatino Linotype"/>
          <w:b/>
          <w:sz w:val="24"/>
          <w:szCs w:val="24"/>
        </w:rPr>
        <w:t>BolognaFiere</w:t>
      </w:r>
      <w:r w:rsidRPr="00B01E91">
        <w:rPr>
          <w:rFonts w:ascii="Palatino Linotype" w:hAnsi="Palatino Linotype"/>
          <w:sz w:val="24"/>
          <w:szCs w:val="24"/>
        </w:rPr>
        <w:t>.</w:t>
      </w:r>
    </w:p>
    <w:p w14:paraId="3A01B532" w14:textId="77777777" w:rsidR="00B01E91" w:rsidRPr="00F96287" w:rsidRDefault="00B01E91" w:rsidP="0034783F">
      <w:pPr>
        <w:spacing w:after="0"/>
        <w:jc w:val="both"/>
        <w:rPr>
          <w:rFonts w:ascii="Palatino Linotype" w:hAnsi="Palatino Linotype"/>
          <w:color w:val="000000" w:themeColor="text1"/>
          <w:sz w:val="24"/>
          <w:szCs w:val="24"/>
          <w:lang w:val="it-IT"/>
        </w:rPr>
      </w:pPr>
    </w:p>
    <w:p w14:paraId="51016A9D" w14:textId="4142E406" w:rsidR="00F96287" w:rsidRDefault="007266B9" w:rsidP="00B01E91">
      <w:pPr>
        <w:spacing w:after="0"/>
        <w:jc w:val="both"/>
        <w:rPr>
          <w:rFonts w:ascii="Palatino Linotype" w:hAnsi="Palatino Linotype"/>
          <w:color w:val="000000" w:themeColor="text1"/>
          <w:sz w:val="24"/>
          <w:szCs w:val="24"/>
          <w:lang w:val="it-IT"/>
        </w:rPr>
      </w:pPr>
      <w:r w:rsidRPr="00F96287">
        <w:rPr>
          <w:rFonts w:ascii="Palatino Linotype" w:hAnsi="Palatino Linotype"/>
          <w:bCs/>
          <w:color w:val="000000" w:themeColor="text1"/>
          <w:sz w:val="24"/>
          <w:szCs w:val="24"/>
          <w:lang w:val="it-IT"/>
        </w:rPr>
        <w:t>Modenantiquaria</w:t>
      </w:r>
      <w:r w:rsidRPr="00F96287">
        <w:rPr>
          <w:rFonts w:ascii="Palatino Linotype" w:hAnsi="Palatino Linotype"/>
          <w:color w:val="000000" w:themeColor="text1"/>
          <w:sz w:val="24"/>
          <w:szCs w:val="24"/>
          <w:lang w:val="it-IT"/>
        </w:rPr>
        <w:t xml:space="preserve">, che da sempre rappresenta un punto di riferimento </w:t>
      </w:r>
      <w:r w:rsidR="004D5560" w:rsidRPr="00F96287">
        <w:rPr>
          <w:rFonts w:ascii="Palatino Linotype" w:hAnsi="Palatino Linotype"/>
          <w:color w:val="000000" w:themeColor="text1"/>
          <w:sz w:val="24"/>
          <w:szCs w:val="24"/>
          <w:lang w:val="it-IT"/>
        </w:rPr>
        <w:t xml:space="preserve">internazionale </w:t>
      </w:r>
      <w:r w:rsidRPr="00F96287">
        <w:rPr>
          <w:rFonts w:ascii="Palatino Linotype" w:hAnsi="Palatino Linotype"/>
          <w:color w:val="000000" w:themeColor="text1"/>
          <w:sz w:val="24"/>
          <w:szCs w:val="24"/>
          <w:lang w:val="it-IT"/>
        </w:rPr>
        <w:t xml:space="preserve">per collezionisti, galleristi e appassionati, </w:t>
      </w:r>
      <w:r w:rsidR="003817B0" w:rsidRPr="00F96287">
        <w:rPr>
          <w:rFonts w:ascii="Palatino Linotype" w:hAnsi="Palatino Linotype"/>
          <w:color w:val="000000" w:themeColor="text1"/>
          <w:sz w:val="24"/>
          <w:szCs w:val="24"/>
          <w:lang w:val="it-IT"/>
        </w:rPr>
        <w:t>continua a contare sulla</w:t>
      </w:r>
      <w:r w:rsidRPr="00F96287">
        <w:rPr>
          <w:rFonts w:ascii="Palatino Linotype" w:hAnsi="Palatino Linotype"/>
          <w:bCs/>
          <w:color w:val="000000" w:themeColor="text1"/>
          <w:sz w:val="24"/>
          <w:szCs w:val="24"/>
          <w:lang w:val="it-IT"/>
        </w:rPr>
        <w:t xml:space="preserve"> governance</w:t>
      </w:r>
      <w:r w:rsidR="003817B0" w:rsidRPr="00F96287">
        <w:rPr>
          <w:rFonts w:ascii="Palatino Linotype" w:hAnsi="Palatino Linotype"/>
          <w:color w:val="000000" w:themeColor="text1"/>
          <w:sz w:val="24"/>
          <w:szCs w:val="24"/>
          <w:lang w:val="it-IT"/>
        </w:rPr>
        <w:t xml:space="preserve"> di</w:t>
      </w:r>
      <w:r w:rsidRPr="00F96287">
        <w:rPr>
          <w:rFonts w:ascii="Palatino Linotype" w:hAnsi="Palatino Linotype"/>
          <w:color w:val="000000" w:themeColor="text1"/>
          <w:sz w:val="24"/>
          <w:szCs w:val="24"/>
          <w:lang w:val="it-IT"/>
        </w:rPr>
        <w:t xml:space="preserve"> </w:t>
      </w:r>
      <w:proofErr w:type="spellStart"/>
      <w:r w:rsidR="00402395" w:rsidRPr="00F96287">
        <w:rPr>
          <w:rFonts w:ascii="Palatino Linotype" w:eastAsia="Times New Roman" w:hAnsi="Palatino Linotype" w:cs="Calibri"/>
          <w:b/>
          <w:color w:val="000000" w:themeColor="text1"/>
          <w:sz w:val="24"/>
          <w:szCs w:val="24"/>
          <w:lang w:eastAsia="it-IT"/>
        </w:rPr>
        <w:t>Marte</w:t>
      </w:r>
      <w:proofErr w:type="spellEnd"/>
      <w:r w:rsidR="00402395" w:rsidRPr="00F96287">
        <w:rPr>
          <w:rFonts w:ascii="Palatino Linotype" w:eastAsia="Times New Roman" w:hAnsi="Palatino Linotype" w:cs="Calibri"/>
          <w:b/>
          <w:color w:val="000000" w:themeColor="text1"/>
          <w:sz w:val="24"/>
          <w:szCs w:val="24"/>
          <w:lang w:eastAsia="it-IT"/>
        </w:rPr>
        <w:t xml:space="preserve"> </w:t>
      </w:r>
      <w:proofErr w:type="spellStart"/>
      <w:r w:rsidR="00402395" w:rsidRPr="00F96287">
        <w:rPr>
          <w:rFonts w:ascii="Palatino Linotype" w:eastAsia="Times New Roman" w:hAnsi="Palatino Linotype" w:cs="Calibri"/>
          <w:b/>
          <w:color w:val="000000" w:themeColor="text1"/>
          <w:sz w:val="24"/>
          <w:szCs w:val="24"/>
          <w:lang w:eastAsia="it-IT"/>
        </w:rPr>
        <w:t>S.r.l</w:t>
      </w:r>
      <w:proofErr w:type="spellEnd"/>
      <w:r w:rsidR="00402395" w:rsidRPr="00F96287">
        <w:rPr>
          <w:rFonts w:ascii="Palatino Linotype" w:eastAsia="Times New Roman" w:hAnsi="Palatino Linotype" w:cs="Calibri"/>
          <w:color w:val="000000" w:themeColor="text1"/>
          <w:sz w:val="24"/>
          <w:szCs w:val="24"/>
          <w:lang w:eastAsia="it-IT"/>
        </w:rPr>
        <w:t xml:space="preserve">., </w:t>
      </w:r>
      <w:proofErr w:type="spellStart"/>
      <w:r w:rsidR="00402395" w:rsidRPr="00F96287">
        <w:rPr>
          <w:rFonts w:ascii="Palatino Linotype" w:eastAsia="Times New Roman" w:hAnsi="Palatino Linotype" w:cs="Calibri"/>
          <w:color w:val="000000" w:themeColor="text1"/>
          <w:sz w:val="24"/>
          <w:szCs w:val="24"/>
          <w:lang w:eastAsia="it-IT"/>
        </w:rPr>
        <w:t>società</w:t>
      </w:r>
      <w:proofErr w:type="spellEnd"/>
      <w:r w:rsidR="00402395" w:rsidRPr="00F96287">
        <w:rPr>
          <w:rFonts w:ascii="Palatino Linotype" w:eastAsia="Times New Roman" w:hAnsi="Palatino Linotype" w:cs="Calibri"/>
          <w:color w:val="000000" w:themeColor="text1"/>
          <w:sz w:val="24"/>
          <w:szCs w:val="24"/>
          <w:lang w:eastAsia="it-IT"/>
        </w:rPr>
        <w:t xml:space="preserve"> </w:t>
      </w:r>
      <w:proofErr w:type="spellStart"/>
      <w:r w:rsidR="00402395" w:rsidRPr="00F96287">
        <w:rPr>
          <w:rFonts w:ascii="Palatino Linotype" w:eastAsia="Times New Roman" w:hAnsi="Palatino Linotype" w:cs="Calibri"/>
          <w:color w:val="000000" w:themeColor="text1"/>
          <w:sz w:val="24"/>
          <w:szCs w:val="24"/>
          <w:lang w:eastAsia="it-IT"/>
        </w:rPr>
        <w:t>controllata</w:t>
      </w:r>
      <w:proofErr w:type="spellEnd"/>
      <w:r w:rsidR="00402395" w:rsidRPr="00F96287">
        <w:rPr>
          <w:rFonts w:ascii="Palatino Linotype" w:eastAsia="Times New Roman" w:hAnsi="Palatino Linotype" w:cs="Calibri"/>
          <w:color w:val="000000" w:themeColor="text1"/>
          <w:sz w:val="24"/>
          <w:szCs w:val="24"/>
          <w:lang w:eastAsia="it-IT"/>
        </w:rPr>
        <w:t xml:space="preserve"> da </w:t>
      </w:r>
      <w:proofErr w:type="spellStart"/>
      <w:r w:rsidR="00402395" w:rsidRPr="00F96287">
        <w:rPr>
          <w:rFonts w:ascii="Palatino Linotype" w:eastAsia="Times New Roman" w:hAnsi="Palatino Linotype" w:cs="Calibri"/>
          <w:b/>
          <w:bCs/>
          <w:color w:val="000000" w:themeColor="text1"/>
          <w:sz w:val="24"/>
          <w:szCs w:val="24"/>
          <w:lang w:eastAsia="it-IT"/>
        </w:rPr>
        <w:t>Confcommercio</w:t>
      </w:r>
      <w:proofErr w:type="spellEnd"/>
      <w:r w:rsidR="00402395" w:rsidRPr="00F96287">
        <w:rPr>
          <w:rFonts w:ascii="Palatino Linotype" w:eastAsia="Times New Roman" w:hAnsi="Palatino Linotype" w:cs="Calibri"/>
          <w:b/>
          <w:bCs/>
          <w:color w:val="000000" w:themeColor="text1"/>
          <w:sz w:val="24"/>
          <w:szCs w:val="24"/>
          <w:lang w:eastAsia="it-IT"/>
        </w:rPr>
        <w:t xml:space="preserve"> Modena</w:t>
      </w:r>
      <w:r w:rsidR="00402395" w:rsidRPr="00F96287">
        <w:rPr>
          <w:rFonts w:ascii="Palatino Linotype" w:eastAsia="Times New Roman" w:hAnsi="Palatino Linotype" w:cs="Calibri"/>
          <w:color w:val="000000" w:themeColor="text1"/>
          <w:sz w:val="24"/>
          <w:szCs w:val="24"/>
          <w:lang w:eastAsia="it-IT"/>
        </w:rPr>
        <w:t>,</w:t>
      </w:r>
      <w:r w:rsidRPr="00F96287">
        <w:rPr>
          <w:rFonts w:ascii="Palatino Linotype" w:hAnsi="Palatino Linotype"/>
          <w:color w:val="000000" w:themeColor="text1"/>
          <w:sz w:val="24"/>
          <w:szCs w:val="24"/>
          <w:lang w:val="it-IT"/>
        </w:rPr>
        <w:t xml:space="preserve"> entra</w:t>
      </w:r>
      <w:r w:rsidR="003817B0" w:rsidRPr="00F96287">
        <w:rPr>
          <w:rFonts w:ascii="Palatino Linotype" w:hAnsi="Palatino Linotype"/>
          <w:color w:val="000000" w:themeColor="text1"/>
          <w:sz w:val="24"/>
          <w:szCs w:val="24"/>
          <w:lang w:val="it-IT"/>
        </w:rPr>
        <w:t>ta in campo</w:t>
      </w:r>
      <w:r w:rsidRPr="00F96287">
        <w:rPr>
          <w:rFonts w:ascii="Palatino Linotype" w:hAnsi="Palatino Linotype"/>
          <w:color w:val="000000" w:themeColor="text1"/>
          <w:sz w:val="24"/>
          <w:szCs w:val="24"/>
          <w:lang w:val="it-IT"/>
        </w:rPr>
        <w:t xml:space="preserve"> per </w:t>
      </w:r>
      <w:r w:rsidRPr="00F96287">
        <w:rPr>
          <w:rFonts w:ascii="Palatino Linotype" w:hAnsi="Palatino Linotype"/>
          <w:b/>
          <w:bCs/>
          <w:color w:val="000000" w:themeColor="text1"/>
          <w:sz w:val="24"/>
          <w:szCs w:val="24"/>
          <w:lang w:val="it-IT"/>
        </w:rPr>
        <w:t>rilanciare la manifestazione</w:t>
      </w:r>
      <w:r w:rsidRPr="00F96287">
        <w:rPr>
          <w:rFonts w:ascii="Palatino Linotype" w:hAnsi="Palatino Linotype"/>
          <w:color w:val="000000" w:themeColor="text1"/>
          <w:sz w:val="24"/>
          <w:szCs w:val="24"/>
          <w:lang w:val="it-IT"/>
        </w:rPr>
        <w:t xml:space="preserve">, riconoscendone il valore strategico nel </w:t>
      </w:r>
      <w:r w:rsidRPr="00F96287">
        <w:rPr>
          <w:rFonts w:ascii="Palatino Linotype" w:hAnsi="Palatino Linotype"/>
          <w:b/>
          <w:bCs/>
          <w:color w:val="000000" w:themeColor="text1"/>
          <w:sz w:val="24"/>
          <w:szCs w:val="24"/>
          <w:lang w:val="it-IT"/>
        </w:rPr>
        <w:t>panorama economico e culturale nazionale</w:t>
      </w:r>
      <w:r w:rsidRPr="00F96287">
        <w:rPr>
          <w:rFonts w:ascii="Palatino Linotype" w:hAnsi="Palatino Linotype"/>
          <w:color w:val="000000" w:themeColor="text1"/>
          <w:sz w:val="24"/>
          <w:szCs w:val="24"/>
          <w:lang w:val="it-IT"/>
        </w:rPr>
        <w:t xml:space="preserve">. </w:t>
      </w:r>
    </w:p>
    <w:p w14:paraId="3E327EE4" w14:textId="77777777" w:rsidR="00B01E91" w:rsidRPr="00B01E91" w:rsidRDefault="00B01E91" w:rsidP="00B01E91">
      <w:pPr>
        <w:spacing w:after="0"/>
        <w:jc w:val="both"/>
        <w:rPr>
          <w:rFonts w:ascii="Palatino Linotype" w:hAnsi="Palatino Linotype"/>
          <w:color w:val="000000" w:themeColor="text1"/>
          <w:sz w:val="24"/>
          <w:szCs w:val="24"/>
          <w:lang w:val="it-IT"/>
        </w:rPr>
      </w:pPr>
    </w:p>
    <w:p w14:paraId="3E63F6BB" w14:textId="1A3E8951" w:rsidR="00F96287" w:rsidRPr="00F96287" w:rsidRDefault="00F96287" w:rsidP="00F96287">
      <w:pPr>
        <w:shd w:val="clear" w:color="auto" w:fill="FFFFFF"/>
        <w:rPr>
          <w:rFonts w:ascii="Palatino Linotype" w:hAnsi="Palatino Linotype" w:cs="Arial"/>
          <w:color w:val="000000" w:themeColor="text1"/>
          <w:sz w:val="24"/>
          <w:szCs w:val="24"/>
        </w:rPr>
      </w:pPr>
      <w:proofErr w:type="spellStart"/>
      <w:r w:rsidRPr="00F96287">
        <w:rPr>
          <w:rFonts w:ascii="Palatino Linotype" w:hAnsi="Palatino Linotype" w:cs="Arial"/>
          <w:color w:val="000000" w:themeColor="text1"/>
          <w:sz w:val="24"/>
          <w:szCs w:val="24"/>
        </w:rPr>
        <w:t>Modenantiquaria</w:t>
      </w:r>
      <w:proofErr w:type="spellEnd"/>
      <w:r w:rsidRPr="00F96287">
        <w:rPr>
          <w:rFonts w:ascii="Palatino Linotype" w:hAnsi="Palatino Linotype" w:cs="Arial"/>
          <w:color w:val="000000" w:themeColor="text1"/>
          <w:sz w:val="24"/>
          <w:szCs w:val="24"/>
        </w:rPr>
        <w:t xml:space="preserve"> continua a </w:t>
      </w:r>
      <w:proofErr w:type="spellStart"/>
      <w:r w:rsidRPr="00F96287">
        <w:rPr>
          <w:rFonts w:ascii="Palatino Linotype" w:hAnsi="Palatino Linotype" w:cs="Arial"/>
          <w:color w:val="000000" w:themeColor="text1"/>
          <w:sz w:val="24"/>
          <w:szCs w:val="24"/>
        </w:rPr>
        <w:t>rappresentare</w:t>
      </w:r>
      <w:proofErr w:type="spellEnd"/>
      <w:r w:rsidRPr="00F96287">
        <w:rPr>
          <w:rFonts w:ascii="Palatino Linotype" w:hAnsi="Palatino Linotype" w:cs="Arial"/>
          <w:color w:val="000000" w:themeColor="text1"/>
          <w:sz w:val="24"/>
          <w:szCs w:val="24"/>
        </w:rPr>
        <w:t xml:space="preserve"> un </w:t>
      </w:r>
      <w:proofErr w:type="spellStart"/>
      <w:r w:rsidRPr="00F96287">
        <w:rPr>
          <w:rFonts w:ascii="Palatino Linotype" w:hAnsi="Palatino Linotype" w:cs="Arial"/>
          <w:color w:val="000000" w:themeColor="text1"/>
          <w:sz w:val="24"/>
          <w:szCs w:val="24"/>
        </w:rPr>
        <w:t>punto</w:t>
      </w:r>
      <w:proofErr w:type="spellEnd"/>
      <w:r w:rsidRPr="00F96287">
        <w:rPr>
          <w:rFonts w:ascii="Palatino Linotype" w:hAnsi="Palatino Linotype" w:cs="Arial"/>
          <w:color w:val="000000" w:themeColor="text1"/>
          <w:sz w:val="24"/>
          <w:szCs w:val="24"/>
        </w:rPr>
        <w:t xml:space="preserve"> di </w:t>
      </w:r>
      <w:proofErr w:type="spellStart"/>
      <w:r w:rsidRPr="00F96287">
        <w:rPr>
          <w:rFonts w:ascii="Palatino Linotype" w:hAnsi="Palatino Linotype" w:cs="Arial"/>
          <w:color w:val="000000" w:themeColor="text1"/>
          <w:sz w:val="24"/>
          <w:szCs w:val="24"/>
        </w:rPr>
        <w:t>riferimento</w:t>
      </w:r>
      <w:proofErr w:type="spellEnd"/>
      <w:r w:rsidRPr="00F96287">
        <w:rPr>
          <w:rFonts w:ascii="Palatino Linotype" w:hAnsi="Palatino Linotype" w:cs="Arial"/>
          <w:color w:val="000000" w:themeColor="text1"/>
          <w:sz w:val="24"/>
          <w:szCs w:val="24"/>
        </w:rPr>
        <w:t xml:space="preserve"> </w:t>
      </w:r>
      <w:proofErr w:type="spellStart"/>
      <w:r w:rsidRPr="00F96287">
        <w:rPr>
          <w:rFonts w:ascii="Palatino Linotype" w:hAnsi="Palatino Linotype" w:cs="Arial"/>
          <w:color w:val="000000" w:themeColor="text1"/>
          <w:sz w:val="24"/>
          <w:szCs w:val="24"/>
        </w:rPr>
        <w:t>internazionale</w:t>
      </w:r>
      <w:proofErr w:type="spellEnd"/>
      <w:r w:rsidRPr="00F96287">
        <w:rPr>
          <w:rFonts w:ascii="Palatino Linotype" w:hAnsi="Palatino Linotype" w:cs="Arial"/>
          <w:color w:val="000000" w:themeColor="text1"/>
          <w:sz w:val="24"/>
          <w:szCs w:val="24"/>
        </w:rPr>
        <w:t xml:space="preserve"> per </w:t>
      </w:r>
      <w:proofErr w:type="spellStart"/>
      <w:r w:rsidRPr="00F96287">
        <w:rPr>
          <w:rFonts w:ascii="Palatino Linotype" w:hAnsi="Palatino Linotype" w:cs="Arial"/>
          <w:color w:val="000000" w:themeColor="text1"/>
          <w:sz w:val="24"/>
          <w:szCs w:val="24"/>
        </w:rPr>
        <w:t>collezionisti</w:t>
      </w:r>
      <w:proofErr w:type="spellEnd"/>
      <w:r w:rsidRPr="00F96287">
        <w:rPr>
          <w:rFonts w:ascii="Palatino Linotype" w:hAnsi="Palatino Linotype" w:cs="Arial"/>
          <w:color w:val="000000" w:themeColor="text1"/>
          <w:sz w:val="24"/>
          <w:szCs w:val="24"/>
        </w:rPr>
        <w:t xml:space="preserve">, </w:t>
      </w:r>
      <w:proofErr w:type="spellStart"/>
      <w:r w:rsidRPr="00F96287">
        <w:rPr>
          <w:rFonts w:ascii="Palatino Linotype" w:hAnsi="Palatino Linotype" w:cs="Arial"/>
          <w:color w:val="000000" w:themeColor="text1"/>
          <w:sz w:val="24"/>
          <w:szCs w:val="24"/>
        </w:rPr>
        <w:t>galleristi</w:t>
      </w:r>
      <w:proofErr w:type="spellEnd"/>
      <w:r w:rsidRPr="00F96287">
        <w:rPr>
          <w:rFonts w:ascii="Palatino Linotype" w:hAnsi="Palatino Linotype" w:cs="Arial"/>
          <w:color w:val="000000" w:themeColor="text1"/>
          <w:sz w:val="24"/>
          <w:szCs w:val="24"/>
        </w:rPr>
        <w:t xml:space="preserve"> e </w:t>
      </w:r>
      <w:proofErr w:type="spellStart"/>
      <w:r w:rsidRPr="00F96287">
        <w:rPr>
          <w:rFonts w:ascii="Palatino Linotype" w:hAnsi="Palatino Linotype" w:cs="Arial"/>
          <w:color w:val="000000" w:themeColor="text1"/>
          <w:sz w:val="24"/>
          <w:szCs w:val="24"/>
        </w:rPr>
        <w:t>appassionati</w:t>
      </w:r>
      <w:proofErr w:type="spellEnd"/>
      <w:r w:rsidRPr="00F96287">
        <w:rPr>
          <w:rFonts w:ascii="Palatino Linotype" w:hAnsi="Palatino Linotype" w:cs="Arial"/>
          <w:color w:val="000000" w:themeColor="text1"/>
          <w:sz w:val="24"/>
          <w:szCs w:val="24"/>
        </w:rPr>
        <w:t xml:space="preserve">, grazie a </w:t>
      </w:r>
      <w:proofErr w:type="spellStart"/>
      <w:r w:rsidRPr="00F96287">
        <w:rPr>
          <w:rFonts w:ascii="Palatino Linotype" w:hAnsi="Palatino Linotype" w:cs="Arial"/>
          <w:color w:val="000000" w:themeColor="text1"/>
          <w:sz w:val="24"/>
          <w:szCs w:val="24"/>
        </w:rPr>
        <w:t>un’offerta</w:t>
      </w:r>
      <w:proofErr w:type="spellEnd"/>
      <w:r w:rsidRPr="00F96287">
        <w:rPr>
          <w:rFonts w:ascii="Palatino Linotype" w:hAnsi="Palatino Linotype" w:cs="Arial"/>
          <w:color w:val="000000" w:themeColor="text1"/>
          <w:sz w:val="24"/>
          <w:szCs w:val="24"/>
        </w:rPr>
        <w:t xml:space="preserve"> </w:t>
      </w:r>
      <w:proofErr w:type="spellStart"/>
      <w:r w:rsidRPr="00F96287">
        <w:rPr>
          <w:rFonts w:ascii="Palatino Linotype" w:hAnsi="Palatino Linotype" w:cs="Arial"/>
          <w:color w:val="000000" w:themeColor="text1"/>
          <w:sz w:val="24"/>
          <w:szCs w:val="24"/>
        </w:rPr>
        <w:lastRenderedPageBreak/>
        <w:t>rigorosamente</w:t>
      </w:r>
      <w:proofErr w:type="spellEnd"/>
      <w:r w:rsidRPr="00F96287">
        <w:rPr>
          <w:rFonts w:ascii="Palatino Linotype" w:hAnsi="Palatino Linotype" w:cs="Arial"/>
          <w:color w:val="000000" w:themeColor="text1"/>
          <w:sz w:val="24"/>
          <w:szCs w:val="24"/>
        </w:rPr>
        <w:t xml:space="preserve"> </w:t>
      </w:r>
      <w:proofErr w:type="spellStart"/>
      <w:r w:rsidRPr="00F96287">
        <w:rPr>
          <w:rFonts w:ascii="Palatino Linotype" w:hAnsi="Palatino Linotype" w:cs="Arial"/>
          <w:color w:val="000000" w:themeColor="text1"/>
          <w:sz w:val="24"/>
          <w:szCs w:val="24"/>
        </w:rPr>
        <w:t>selezionata</w:t>
      </w:r>
      <w:proofErr w:type="spellEnd"/>
      <w:r w:rsidRPr="00F96287">
        <w:rPr>
          <w:rFonts w:ascii="Palatino Linotype" w:hAnsi="Palatino Linotype" w:cs="Arial"/>
          <w:color w:val="000000" w:themeColor="text1"/>
          <w:sz w:val="24"/>
          <w:szCs w:val="24"/>
        </w:rPr>
        <w:t xml:space="preserve"> e a </w:t>
      </w:r>
      <w:proofErr w:type="spellStart"/>
      <w:r w:rsidRPr="00F96287">
        <w:rPr>
          <w:rFonts w:ascii="Palatino Linotype" w:hAnsi="Palatino Linotype" w:cs="Arial"/>
          <w:color w:val="000000" w:themeColor="text1"/>
          <w:sz w:val="24"/>
          <w:szCs w:val="24"/>
        </w:rPr>
        <w:t>una</w:t>
      </w:r>
      <w:proofErr w:type="spellEnd"/>
      <w:r w:rsidRPr="00F96287">
        <w:rPr>
          <w:rFonts w:ascii="Palatino Linotype" w:hAnsi="Palatino Linotype" w:cs="Arial"/>
          <w:color w:val="000000" w:themeColor="text1"/>
          <w:sz w:val="24"/>
          <w:szCs w:val="24"/>
        </w:rPr>
        <w:t xml:space="preserve"> </w:t>
      </w:r>
      <w:proofErr w:type="spellStart"/>
      <w:r w:rsidRPr="00F96287">
        <w:rPr>
          <w:rFonts w:ascii="Palatino Linotype" w:hAnsi="Palatino Linotype" w:cs="Arial"/>
          <w:color w:val="000000" w:themeColor="text1"/>
          <w:sz w:val="24"/>
          <w:szCs w:val="24"/>
        </w:rPr>
        <w:t>proposta</w:t>
      </w:r>
      <w:proofErr w:type="spellEnd"/>
      <w:r w:rsidRPr="00F96287">
        <w:rPr>
          <w:rFonts w:ascii="Palatino Linotype" w:hAnsi="Palatino Linotype" w:cs="Arial"/>
          <w:color w:val="000000" w:themeColor="text1"/>
          <w:sz w:val="24"/>
          <w:szCs w:val="24"/>
        </w:rPr>
        <w:t xml:space="preserve"> </w:t>
      </w:r>
      <w:proofErr w:type="spellStart"/>
      <w:r w:rsidRPr="00F96287">
        <w:rPr>
          <w:rFonts w:ascii="Palatino Linotype" w:hAnsi="Palatino Linotype" w:cs="Arial"/>
          <w:color w:val="000000" w:themeColor="text1"/>
          <w:sz w:val="24"/>
          <w:szCs w:val="24"/>
        </w:rPr>
        <w:t>espositiva</w:t>
      </w:r>
      <w:proofErr w:type="spellEnd"/>
      <w:r w:rsidRPr="00F96287">
        <w:rPr>
          <w:rFonts w:ascii="Palatino Linotype" w:hAnsi="Palatino Linotype" w:cs="Arial"/>
          <w:color w:val="000000" w:themeColor="text1"/>
          <w:sz w:val="24"/>
          <w:szCs w:val="24"/>
        </w:rPr>
        <w:t xml:space="preserve"> </w:t>
      </w:r>
      <w:proofErr w:type="spellStart"/>
      <w:r w:rsidRPr="00F96287">
        <w:rPr>
          <w:rFonts w:ascii="Palatino Linotype" w:hAnsi="Palatino Linotype" w:cs="Arial"/>
          <w:color w:val="000000" w:themeColor="text1"/>
          <w:sz w:val="24"/>
          <w:szCs w:val="24"/>
        </w:rPr>
        <w:t>che</w:t>
      </w:r>
      <w:proofErr w:type="spellEnd"/>
      <w:r w:rsidRPr="00F96287">
        <w:rPr>
          <w:rFonts w:ascii="Palatino Linotype" w:hAnsi="Palatino Linotype" w:cs="Arial"/>
          <w:color w:val="000000" w:themeColor="text1"/>
          <w:sz w:val="24"/>
          <w:szCs w:val="24"/>
        </w:rPr>
        <w:t xml:space="preserve"> </w:t>
      </w:r>
      <w:proofErr w:type="spellStart"/>
      <w:r w:rsidRPr="00F96287">
        <w:rPr>
          <w:rFonts w:ascii="Palatino Linotype" w:hAnsi="Palatino Linotype" w:cs="Arial"/>
          <w:color w:val="000000" w:themeColor="text1"/>
          <w:sz w:val="24"/>
          <w:szCs w:val="24"/>
        </w:rPr>
        <w:t>negli</w:t>
      </w:r>
      <w:proofErr w:type="spellEnd"/>
      <w:r w:rsidRPr="00F96287">
        <w:rPr>
          <w:rFonts w:ascii="Palatino Linotype" w:hAnsi="Palatino Linotype" w:cs="Arial"/>
          <w:color w:val="000000" w:themeColor="text1"/>
          <w:sz w:val="24"/>
          <w:szCs w:val="24"/>
        </w:rPr>
        <w:t xml:space="preserve"> </w:t>
      </w:r>
      <w:proofErr w:type="spellStart"/>
      <w:r w:rsidRPr="00F96287">
        <w:rPr>
          <w:rFonts w:ascii="Palatino Linotype" w:hAnsi="Palatino Linotype" w:cs="Arial"/>
          <w:color w:val="000000" w:themeColor="text1"/>
          <w:sz w:val="24"/>
          <w:szCs w:val="24"/>
        </w:rPr>
        <w:t>anni</w:t>
      </w:r>
      <w:proofErr w:type="spellEnd"/>
      <w:r w:rsidRPr="00F96287">
        <w:rPr>
          <w:rFonts w:ascii="Palatino Linotype" w:hAnsi="Palatino Linotype" w:cs="Arial"/>
          <w:color w:val="000000" w:themeColor="text1"/>
          <w:sz w:val="24"/>
          <w:szCs w:val="24"/>
        </w:rPr>
        <w:t xml:space="preserve"> ha </w:t>
      </w:r>
      <w:proofErr w:type="spellStart"/>
      <w:r w:rsidRPr="00F96287">
        <w:rPr>
          <w:rFonts w:ascii="Palatino Linotype" w:hAnsi="Palatino Linotype" w:cs="Arial"/>
          <w:color w:val="000000" w:themeColor="text1"/>
          <w:sz w:val="24"/>
          <w:szCs w:val="24"/>
        </w:rPr>
        <w:t>saputo</w:t>
      </w:r>
      <w:proofErr w:type="spellEnd"/>
      <w:r w:rsidRPr="00F96287">
        <w:rPr>
          <w:rFonts w:ascii="Palatino Linotype" w:hAnsi="Palatino Linotype" w:cs="Arial"/>
          <w:color w:val="000000" w:themeColor="text1"/>
          <w:sz w:val="24"/>
          <w:szCs w:val="24"/>
        </w:rPr>
        <w:t xml:space="preserve"> </w:t>
      </w:r>
      <w:proofErr w:type="spellStart"/>
      <w:r w:rsidRPr="00F96287">
        <w:rPr>
          <w:rFonts w:ascii="Palatino Linotype" w:hAnsi="Palatino Linotype" w:cs="Arial"/>
          <w:color w:val="000000" w:themeColor="text1"/>
          <w:sz w:val="24"/>
          <w:szCs w:val="24"/>
        </w:rPr>
        <w:t>attrarre</w:t>
      </w:r>
      <w:proofErr w:type="spellEnd"/>
      <w:r w:rsidRPr="00F96287">
        <w:rPr>
          <w:rFonts w:ascii="Palatino Linotype" w:hAnsi="Palatino Linotype" w:cs="Arial"/>
          <w:color w:val="000000" w:themeColor="text1"/>
          <w:sz w:val="24"/>
          <w:szCs w:val="24"/>
        </w:rPr>
        <w:t xml:space="preserve"> un </w:t>
      </w:r>
      <w:proofErr w:type="spellStart"/>
      <w:r w:rsidRPr="00F96287">
        <w:rPr>
          <w:rFonts w:ascii="Palatino Linotype" w:hAnsi="Palatino Linotype" w:cs="Arial"/>
          <w:color w:val="000000" w:themeColor="text1"/>
          <w:sz w:val="24"/>
          <w:szCs w:val="24"/>
        </w:rPr>
        <w:t>numero</w:t>
      </w:r>
      <w:proofErr w:type="spellEnd"/>
      <w:r w:rsidRPr="00F96287">
        <w:rPr>
          <w:rFonts w:ascii="Palatino Linotype" w:hAnsi="Palatino Linotype" w:cs="Arial"/>
          <w:color w:val="000000" w:themeColor="text1"/>
          <w:sz w:val="24"/>
          <w:szCs w:val="24"/>
        </w:rPr>
        <w:t xml:space="preserve"> </w:t>
      </w:r>
      <w:proofErr w:type="spellStart"/>
      <w:r w:rsidRPr="00F96287">
        <w:rPr>
          <w:rFonts w:ascii="Palatino Linotype" w:hAnsi="Palatino Linotype" w:cs="Arial"/>
          <w:color w:val="000000" w:themeColor="text1"/>
          <w:sz w:val="24"/>
          <w:szCs w:val="24"/>
        </w:rPr>
        <w:t>sempre</w:t>
      </w:r>
      <w:proofErr w:type="spellEnd"/>
      <w:r w:rsidRPr="00F96287">
        <w:rPr>
          <w:rFonts w:ascii="Palatino Linotype" w:hAnsi="Palatino Linotype" w:cs="Arial"/>
          <w:color w:val="000000" w:themeColor="text1"/>
          <w:sz w:val="24"/>
          <w:szCs w:val="24"/>
        </w:rPr>
        <w:t xml:space="preserve"> </w:t>
      </w:r>
      <w:proofErr w:type="spellStart"/>
      <w:r w:rsidRPr="00F96287">
        <w:rPr>
          <w:rFonts w:ascii="Palatino Linotype" w:hAnsi="Palatino Linotype" w:cs="Arial"/>
          <w:color w:val="000000" w:themeColor="text1"/>
          <w:sz w:val="24"/>
          <w:szCs w:val="24"/>
        </w:rPr>
        <w:t>maggiore</w:t>
      </w:r>
      <w:proofErr w:type="spellEnd"/>
      <w:r w:rsidRPr="00F96287">
        <w:rPr>
          <w:rFonts w:ascii="Palatino Linotype" w:hAnsi="Palatino Linotype" w:cs="Arial"/>
          <w:color w:val="000000" w:themeColor="text1"/>
          <w:sz w:val="24"/>
          <w:szCs w:val="24"/>
        </w:rPr>
        <w:t xml:space="preserve"> di </w:t>
      </w:r>
      <w:proofErr w:type="spellStart"/>
      <w:r w:rsidR="00B01E91">
        <w:rPr>
          <w:rFonts w:ascii="Palatino Linotype" w:hAnsi="Palatino Linotype" w:cs="Arial"/>
          <w:color w:val="000000" w:themeColor="text1"/>
          <w:sz w:val="24"/>
          <w:szCs w:val="24"/>
        </w:rPr>
        <w:t>espositori</w:t>
      </w:r>
      <w:proofErr w:type="spellEnd"/>
      <w:r w:rsidR="00B01E91">
        <w:rPr>
          <w:rFonts w:ascii="Palatino Linotype" w:hAnsi="Palatino Linotype" w:cs="Arial"/>
          <w:color w:val="000000" w:themeColor="text1"/>
          <w:sz w:val="24"/>
          <w:szCs w:val="24"/>
        </w:rPr>
        <w:t xml:space="preserve"> </w:t>
      </w:r>
      <w:proofErr w:type="spellStart"/>
      <w:r w:rsidRPr="00F96287">
        <w:rPr>
          <w:rFonts w:ascii="Palatino Linotype" w:hAnsi="Palatino Linotype" w:cs="Arial"/>
          <w:color w:val="000000" w:themeColor="text1"/>
          <w:sz w:val="24"/>
          <w:szCs w:val="24"/>
        </w:rPr>
        <w:t>italiani</w:t>
      </w:r>
      <w:proofErr w:type="spellEnd"/>
      <w:r w:rsidRPr="00F96287">
        <w:rPr>
          <w:rFonts w:ascii="Palatino Linotype" w:hAnsi="Palatino Linotype" w:cs="Arial"/>
          <w:color w:val="000000" w:themeColor="text1"/>
          <w:sz w:val="24"/>
          <w:szCs w:val="24"/>
        </w:rPr>
        <w:t xml:space="preserve"> e </w:t>
      </w:r>
      <w:proofErr w:type="spellStart"/>
      <w:r w:rsidRPr="00F96287">
        <w:rPr>
          <w:rFonts w:ascii="Palatino Linotype" w:hAnsi="Palatino Linotype" w:cs="Arial"/>
          <w:color w:val="000000" w:themeColor="text1"/>
          <w:sz w:val="24"/>
          <w:szCs w:val="24"/>
        </w:rPr>
        <w:t>stranieri</w:t>
      </w:r>
      <w:proofErr w:type="spellEnd"/>
      <w:r w:rsidRPr="00F96287">
        <w:rPr>
          <w:rFonts w:ascii="Palatino Linotype" w:hAnsi="Palatino Linotype" w:cs="Arial"/>
          <w:color w:val="000000" w:themeColor="text1"/>
          <w:sz w:val="24"/>
          <w:szCs w:val="24"/>
        </w:rPr>
        <w:t>.</w:t>
      </w:r>
    </w:p>
    <w:p w14:paraId="26BCB34B" w14:textId="1BFD3AC7" w:rsidR="007E2AE5" w:rsidRPr="00F96287" w:rsidRDefault="00F96287" w:rsidP="00F96287">
      <w:pPr>
        <w:jc w:val="both"/>
        <w:rPr>
          <w:rFonts w:ascii="Palatino Linotype" w:hAnsi="Palatino Linotype"/>
          <w:color w:val="000000" w:themeColor="text1"/>
          <w:sz w:val="24"/>
          <w:szCs w:val="24"/>
        </w:rPr>
      </w:pPr>
      <w:r w:rsidRPr="00F96287">
        <w:rPr>
          <w:rFonts w:ascii="Palatino Linotype" w:hAnsi="Palatino Linotype"/>
          <w:color w:val="000000" w:themeColor="text1"/>
          <w:sz w:val="24"/>
          <w:szCs w:val="24"/>
        </w:rPr>
        <w:t xml:space="preserve"> </w:t>
      </w:r>
      <w:proofErr w:type="spellStart"/>
      <w:r w:rsidR="007E2AE5" w:rsidRPr="00F96287">
        <w:rPr>
          <w:rFonts w:ascii="Palatino Linotype" w:hAnsi="Palatino Linotype"/>
          <w:color w:val="000000" w:themeColor="text1"/>
          <w:sz w:val="24"/>
          <w:szCs w:val="24"/>
        </w:rPr>
        <w:t>Che</w:t>
      </w:r>
      <w:proofErr w:type="spellEnd"/>
      <w:r w:rsidR="007E2AE5" w:rsidRPr="00F96287">
        <w:rPr>
          <w:rFonts w:ascii="Palatino Linotype" w:hAnsi="Palatino Linotype"/>
          <w:color w:val="000000" w:themeColor="text1"/>
          <w:sz w:val="24"/>
          <w:szCs w:val="24"/>
        </w:rPr>
        <w:t xml:space="preserve"> </w:t>
      </w:r>
      <w:proofErr w:type="spellStart"/>
      <w:r w:rsidR="007E2AE5" w:rsidRPr="00F96287">
        <w:rPr>
          <w:rFonts w:ascii="Palatino Linotype" w:hAnsi="Palatino Linotype"/>
          <w:color w:val="000000" w:themeColor="text1"/>
          <w:sz w:val="24"/>
          <w:szCs w:val="24"/>
        </w:rPr>
        <w:t>dietro</w:t>
      </w:r>
      <w:proofErr w:type="spellEnd"/>
      <w:r w:rsidR="007E2AE5" w:rsidRPr="00F96287">
        <w:rPr>
          <w:rFonts w:ascii="Palatino Linotype" w:hAnsi="Palatino Linotype"/>
          <w:color w:val="000000" w:themeColor="text1"/>
          <w:sz w:val="24"/>
          <w:szCs w:val="24"/>
        </w:rPr>
        <w:t xml:space="preserve"> </w:t>
      </w:r>
      <w:proofErr w:type="spellStart"/>
      <w:r w:rsidR="007E2AE5" w:rsidRPr="00F96287">
        <w:rPr>
          <w:rFonts w:ascii="Palatino Linotype" w:hAnsi="Palatino Linotype"/>
          <w:color w:val="000000" w:themeColor="text1"/>
          <w:sz w:val="24"/>
          <w:szCs w:val="24"/>
        </w:rPr>
        <w:t>alla</w:t>
      </w:r>
      <w:proofErr w:type="spellEnd"/>
      <w:r w:rsidR="007E2AE5" w:rsidRPr="00F96287">
        <w:rPr>
          <w:rFonts w:ascii="Palatino Linotype" w:hAnsi="Palatino Linotype"/>
          <w:color w:val="000000" w:themeColor="text1"/>
          <w:sz w:val="24"/>
          <w:szCs w:val="24"/>
        </w:rPr>
        <w:t xml:space="preserve"> </w:t>
      </w:r>
      <w:proofErr w:type="spellStart"/>
      <w:r w:rsidR="007E2AE5" w:rsidRPr="00F96287">
        <w:rPr>
          <w:rFonts w:ascii="Palatino Linotype" w:hAnsi="Palatino Linotype"/>
          <w:color w:val="000000" w:themeColor="text1"/>
          <w:sz w:val="24"/>
          <w:szCs w:val="24"/>
        </w:rPr>
        <w:t>rassegna</w:t>
      </w:r>
      <w:proofErr w:type="spellEnd"/>
      <w:r w:rsidR="007E2AE5" w:rsidRPr="00F96287">
        <w:rPr>
          <w:rFonts w:ascii="Palatino Linotype" w:hAnsi="Palatino Linotype"/>
          <w:color w:val="000000" w:themeColor="text1"/>
          <w:sz w:val="24"/>
          <w:szCs w:val="24"/>
        </w:rPr>
        <w:t xml:space="preserve"> ci </w:t>
      </w:r>
      <w:proofErr w:type="spellStart"/>
      <w:r w:rsidR="007E2AE5" w:rsidRPr="00F96287">
        <w:rPr>
          <w:rFonts w:ascii="Palatino Linotype" w:hAnsi="Palatino Linotype"/>
          <w:color w:val="000000" w:themeColor="text1"/>
          <w:sz w:val="24"/>
          <w:szCs w:val="24"/>
        </w:rPr>
        <w:t>siano</w:t>
      </w:r>
      <w:proofErr w:type="spellEnd"/>
      <w:r w:rsidR="007E2AE5" w:rsidRPr="00F96287">
        <w:rPr>
          <w:rFonts w:ascii="Palatino Linotype" w:hAnsi="Palatino Linotype"/>
          <w:color w:val="000000" w:themeColor="text1"/>
          <w:sz w:val="24"/>
          <w:szCs w:val="24"/>
        </w:rPr>
        <w:t xml:space="preserve"> </w:t>
      </w:r>
      <w:proofErr w:type="spellStart"/>
      <w:r w:rsidR="007E2AE5" w:rsidRPr="00F96287">
        <w:rPr>
          <w:rFonts w:ascii="Palatino Linotype" w:hAnsi="Palatino Linotype"/>
          <w:color w:val="000000" w:themeColor="text1"/>
          <w:sz w:val="24"/>
          <w:szCs w:val="24"/>
        </w:rPr>
        <w:t>impegno</w:t>
      </w:r>
      <w:proofErr w:type="spellEnd"/>
      <w:r w:rsidR="007E2AE5" w:rsidRPr="00F96287">
        <w:rPr>
          <w:rFonts w:ascii="Palatino Linotype" w:hAnsi="Palatino Linotype"/>
          <w:color w:val="000000" w:themeColor="text1"/>
          <w:sz w:val="24"/>
          <w:szCs w:val="24"/>
        </w:rPr>
        <w:t xml:space="preserve"> e </w:t>
      </w:r>
      <w:proofErr w:type="spellStart"/>
      <w:r w:rsidR="007E2AE5" w:rsidRPr="00F96287">
        <w:rPr>
          <w:rFonts w:ascii="Palatino Linotype" w:hAnsi="Palatino Linotype"/>
          <w:color w:val="000000" w:themeColor="text1"/>
          <w:sz w:val="24"/>
          <w:szCs w:val="24"/>
        </w:rPr>
        <w:t>dedizione</w:t>
      </w:r>
      <w:proofErr w:type="spellEnd"/>
      <w:r w:rsidR="007E2AE5" w:rsidRPr="00F96287">
        <w:rPr>
          <w:rFonts w:ascii="Palatino Linotype" w:hAnsi="Palatino Linotype"/>
          <w:color w:val="000000" w:themeColor="text1"/>
          <w:sz w:val="24"/>
          <w:szCs w:val="24"/>
        </w:rPr>
        <w:t xml:space="preserve"> </w:t>
      </w:r>
      <w:proofErr w:type="spellStart"/>
      <w:r w:rsidR="007E2AE5" w:rsidRPr="00F96287">
        <w:rPr>
          <w:rFonts w:ascii="Palatino Linotype" w:hAnsi="Palatino Linotype"/>
          <w:color w:val="000000" w:themeColor="text1"/>
          <w:sz w:val="24"/>
          <w:szCs w:val="24"/>
        </w:rPr>
        <w:t>costanti</w:t>
      </w:r>
      <w:proofErr w:type="spellEnd"/>
      <w:r w:rsidR="007E2AE5" w:rsidRPr="00F96287">
        <w:rPr>
          <w:rFonts w:ascii="Palatino Linotype" w:hAnsi="Palatino Linotype"/>
          <w:color w:val="000000" w:themeColor="text1"/>
          <w:sz w:val="24"/>
          <w:szCs w:val="24"/>
        </w:rPr>
        <w:t xml:space="preserve"> è </w:t>
      </w:r>
      <w:proofErr w:type="spellStart"/>
      <w:r w:rsidR="007E2AE5" w:rsidRPr="00F96287">
        <w:rPr>
          <w:rFonts w:ascii="Palatino Linotype" w:hAnsi="Palatino Linotype"/>
          <w:color w:val="000000" w:themeColor="text1"/>
          <w:sz w:val="24"/>
          <w:szCs w:val="24"/>
        </w:rPr>
        <w:t>testimoniato</w:t>
      </w:r>
      <w:proofErr w:type="spellEnd"/>
      <w:r w:rsidR="007E2AE5" w:rsidRPr="00F96287">
        <w:rPr>
          <w:rFonts w:ascii="Palatino Linotype" w:hAnsi="Palatino Linotype"/>
          <w:color w:val="000000" w:themeColor="text1"/>
          <w:sz w:val="24"/>
          <w:szCs w:val="24"/>
        </w:rPr>
        <w:t xml:space="preserve"> da </w:t>
      </w:r>
      <w:r w:rsidR="007E2AE5" w:rsidRPr="00F96287">
        <w:rPr>
          <w:rFonts w:ascii="Palatino Linotype" w:hAnsi="Palatino Linotype"/>
          <w:b/>
          <w:bCs/>
          <w:color w:val="000000" w:themeColor="text1"/>
          <w:sz w:val="24"/>
          <w:szCs w:val="24"/>
          <w:u w:val="single"/>
        </w:rPr>
        <w:t xml:space="preserve">Alberto </w:t>
      </w:r>
      <w:proofErr w:type="spellStart"/>
      <w:r w:rsidR="007E2AE5" w:rsidRPr="00F96287">
        <w:rPr>
          <w:rFonts w:ascii="Palatino Linotype" w:hAnsi="Palatino Linotype"/>
          <w:b/>
          <w:bCs/>
          <w:color w:val="000000" w:themeColor="text1"/>
          <w:sz w:val="24"/>
          <w:szCs w:val="24"/>
          <w:u w:val="single"/>
        </w:rPr>
        <w:t>Crepaldi</w:t>
      </w:r>
      <w:proofErr w:type="spellEnd"/>
      <w:r w:rsidR="007E2AE5" w:rsidRPr="00F96287">
        <w:rPr>
          <w:rFonts w:ascii="Palatino Linotype" w:hAnsi="Palatino Linotype"/>
          <w:b/>
          <w:bCs/>
          <w:color w:val="000000" w:themeColor="text1"/>
          <w:sz w:val="24"/>
          <w:szCs w:val="24"/>
        </w:rPr>
        <w:t xml:space="preserve">, </w:t>
      </w:r>
      <w:proofErr w:type="spellStart"/>
      <w:r w:rsidR="007E2AE5" w:rsidRPr="00F96287">
        <w:rPr>
          <w:rFonts w:ascii="Palatino Linotype" w:hAnsi="Palatino Linotype"/>
          <w:bCs/>
          <w:color w:val="000000" w:themeColor="text1"/>
          <w:sz w:val="24"/>
          <w:szCs w:val="24"/>
        </w:rPr>
        <w:t>direttore</w:t>
      </w:r>
      <w:proofErr w:type="spellEnd"/>
      <w:r w:rsidR="007E2AE5" w:rsidRPr="00F96287">
        <w:rPr>
          <w:rFonts w:ascii="Palatino Linotype" w:hAnsi="Palatino Linotype"/>
          <w:bCs/>
          <w:color w:val="000000" w:themeColor="text1"/>
          <w:sz w:val="24"/>
          <w:szCs w:val="24"/>
        </w:rPr>
        <w:t xml:space="preserve"> </w:t>
      </w:r>
      <w:proofErr w:type="spellStart"/>
      <w:r w:rsidR="007E2AE5" w:rsidRPr="00F96287">
        <w:rPr>
          <w:rFonts w:ascii="Palatino Linotype" w:hAnsi="Palatino Linotype"/>
          <w:bCs/>
          <w:color w:val="000000" w:themeColor="text1"/>
          <w:sz w:val="24"/>
          <w:szCs w:val="24"/>
        </w:rPr>
        <w:t>organizzativo</w:t>
      </w:r>
      <w:proofErr w:type="spellEnd"/>
      <w:r w:rsidR="007E2AE5" w:rsidRPr="00F96287">
        <w:rPr>
          <w:rFonts w:ascii="Palatino Linotype" w:hAnsi="Palatino Linotype"/>
          <w:bCs/>
          <w:color w:val="000000" w:themeColor="text1"/>
          <w:sz w:val="24"/>
          <w:szCs w:val="24"/>
        </w:rPr>
        <w:t>,</w:t>
      </w:r>
      <w:r w:rsidR="007E2AE5" w:rsidRPr="00F96287">
        <w:rPr>
          <w:rFonts w:ascii="Palatino Linotype" w:hAnsi="Palatino Linotype"/>
          <w:color w:val="000000" w:themeColor="text1"/>
          <w:sz w:val="24"/>
          <w:szCs w:val="24"/>
        </w:rPr>
        <w:t xml:space="preserve"> </w:t>
      </w:r>
      <w:proofErr w:type="spellStart"/>
      <w:r w:rsidR="007E2AE5" w:rsidRPr="00F96287">
        <w:rPr>
          <w:rFonts w:ascii="Palatino Linotype" w:hAnsi="Palatino Linotype"/>
          <w:color w:val="000000" w:themeColor="text1"/>
          <w:sz w:val="24"/>
          <w:szCs w:val="24"/>
        </w:rPr>
        <w:t>che</w:t>
      </w:r>
      <w:proofErr w:type="spellEnd"/>
      <w:r w:rsidR="007E2AE5" w:rsidRPr="00F96287">
        <w:rPr>
          <w:rFonts w:ascii="Palatino Linotype" w:hAnsi="Palatino Linotype"/>
          <w:color w:val="000000" w:themeColor="text1"/>
          <w:sz w:val="24"/>
          <w:szCs w:val="24"/>
        </w:rPr>
        <w:t xml:space="preserve"> </w:t>
      </w:r>
      <w:proofErr w:type="spellStart"/>
      <w:r w:rsidR="007E2AE5" w:rsidRPr="00F96287">
        <w:rPr>
          <w:rFonts w:ascii="Palatino Linotype" w:hAnsi="Palatino Linotype"/>
          <w:color w:val="000000" w:themeColor="text1"/>
          <w:sz w:val="24"/>
          <w:szCs w:val="24"/>
        </w:rPr>
        <w:t>racconta</w:t>
      </w:r>
      <w:proofErr w:type="spellEnd"/>
      <w:r w:rsidR="007E2AE5" w:rsidRPr="00F96287">
        <w:rPr>
          <w:rFonts w:ascii="Palatino Linotype" w:hAnsi="Palatino Linotype"/>
          <w:color w:val="000000" w:themeColor="text1"/>
          <w:sz w:val="24"/>
          <w:szCs w:val="24"/>
        </w:rPr>
        <w:t>: “</w:t>
      </w:r>
      <w:proofErr w:type="spellStart"/>
      <w:r w:rsidR="007E2AE5" w:rsidRPr="00F96287">
        <w:rPr>
          <w:rFonts w:ascii="Palatino Linotype" w:hAnsi="Palatino Linotype"/>
          <w:i/>
          <w:iCs/>
          <w:color w:val="000000" w:themeColor="text1"/>
          <w:sz w:val="24"/>
          <w:szCs w:val="24"/>
        </w:rPr>
        <w:t>siamo</w:t>
      </w:r>
      <w:proofErr w:type="spellEnd"/>
      <w:r w:rsidR="007E2AE5" w:rsidRPr="00F96287">
        <w:rPr>
          <w:rFonts w:ascii="Palatino Linotype" w:hAnsi="Palatino Linotype"/>
          <w:i/>
          <w:iCs/>
          <w:color w:val="000000" w:themeColor="text1"/>
          <w:sz w:val="24"/>
          <w:szCs w:val="24"/>
        </w:rPr>
        <w:t xml:space="preserve"> da </w:t>
      </w:r>
      <w:proofErr w:type="spellStart"/>
      <w:r w:rsidR="007E2AE5" w:rsidRPr="00F96287">
        <w:rPr>
          <w:rFonts w:ascii="Palatino Linotype" w:hAnsi="Palatino Linotype"/>
          <w:i/>
          <w:iCs/>
          <w:color w:val="000000" w:themeColor="text1"/>
          <w:sz w:val="24"/>
          <w:szCs w:val="24"/>
        </w:rPr>
        <w:t>mesi</w:t>
      </w:r>
      <w:proofErr w:type="spellEnd"/>
      <w:r w:rsidR="007E2AE5" w:rsidRPr="00F96287">
        <w:rPr>
          <w:rFonts w:ascii="Palatino Linotype" w:hAnsi="Palatino Linotype"/>
          <w:i/>
          <w:iCs/>
          <w:color w:val="000000" w:themeColor="text1"/>
          <w:sz w:val="24"/>
          <w:szCs w:val="24"/>
        </w:rPr>
        <w:t xml:space="preserve"> al </w:t>
      </w:r>
      <w:proofErr w:type="spellStart"/>
      <w:r w:rsidR="007E2AE5" w:rsidRPr="00F96287">
        <w:rPr>
          <w:rFonts w:ascii="Palatino Linotype" w:hAnsi="Palatino Linotype"/>
          <w:i/>
          <w:iCs/>
          <w:color w:val="000000" w:themeColor="text1"/>
          <w:sz w:val="24"/>
          <w:szCs w:val="24"/>
        </w:rPr>
        <w:t>lavoro</w:t>
      </w:r>
      <w:proofErr w:type="spellEnd"/>
      <w:r w:rsidR="007E2AE5" w:rsidRPr="00F96287">
        <w:rPr>
          <w:rFonts w:ascii="Palatino Linotype" w:hAnsi="Palatino Linotype"/>
          <w:i/>
          <w:iCs/>
          <w:color w:val="000000" w:themeColor="text1"/>
          <w:sz w:val="24"/>
          <w:szCs w:val="24"/>
        </w:rPr>
        <w:t xml:space="preserve"> per </w:t>
      </w:r>
      <w:proofErr w:type="spellStart"/>
      <w:r w:rsidR="007E2AE5" w:rsidRPr="00F96287">
        <w:rPr>
          <w:rFonts w:ascii="Palatino Linotype" w:hAnsi="Palatino Linotype"/>
          <w:i/>
          <w:iCs/>
          <w:color w:val="000000" w:themeColor="text1"/>
          <w:sz w:val="24"/>
          <w:szCs w:val="24"/>
        </w:rPr>
        <w:t>l’edizione</w:t>
      </w:r>
      <w:proofErr w:type="spellEnd"/>
      <w:r w:rsidR="007E2AE5" w:rsidRPr="00F96287">
        <w:rPr>
          <w:rFonts w:ascii="Palatino Linotype" w:hAnsi="Palatino Linotype"/>
          <w:i/>
          <w:iCs/>
          <w:color w:val="000000" w:themeColor="text1"/>
          <w:sz w:val="24"/>
          <w:szCs w:val="24"/>
        </w:rPr>
        <w:t xml:space="preserve"> 2027 di </w:t>
      </w:r>
      <w:proofErr w:type="spellStart"/>
      <w:r w:rsidR="007E2AE5" w:rsidRPr="00F96287">
        <w:rPr>
          <w:rFonts w:ascii="Palatino Linotype" w:hAnsi="Palatino Linotype"/>
          <w:i/>
          <w:iCs/>
          <w:color w:val="000000" w:themeColor="text1"/>
          <w:sz w:val="24"/>
          <w:szCs w:val="24"/>
        </w:rPr>
        <w:t>Modenantiquaria</w:t>
      </w:r>
      <w:proofErr w:type="spellEnd"/>
      <w:r w:rsidR="007E2AE5" w:rsidRPr="00F96287">
        <w:rPr>
          <w:rFonts w:ascii="Palatino Linotype" w:hAnsi="Palatino Linotype"/>
          <w:i/>
          <w:iCs/>
          <w:color w:val="000000" w:themeColor="text1"/>
          <w:sz w:val="24"/>
          <w:szCs w:val="24"/>
        </w:rPr>
        <w:t xml:space="preserve">, </w:t>
      </w:r>
      <w:proofErr w:type="spellStart"/>
      <w:r w:rsidR="007E2AE5" w:rsidRPr="00F96287">
        <w:rPr>
          <w:rFonts w:ascii="Palatino Linotype" w:hAnsi="Palatino Linotype"/>
          <w:i/>
          <w:iCs/>
          <w:color w:val="000000" w:themeColor="text1"/>
          <w:sz w:val="24"/>
          <w:szCs w:val="24"/>
        </w:rPr>
        <w:t>che</w:t>
      </w:r>
      <w:proofErr w:type="spellEnd"/>
      <w:r w:rsidR="007E2AE5" w:rsidRPr="00F96287">
        <w:rPr>
          <w:rFonts w:ascii="Palatino Linotype" w:hAnsi="Palatino Linotype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="007E2AE5" w:rsidRPr="00F96287">
        <w:rPr>
          <w:rFonts w:ascii="Palatino Linotype" w:hAnsi="Palatino Linotype"/>
          <w:i/>
          <w:iCs/>
          <w:color w:val="000000" w:themeColor="text1"/>
          <w:sz w:val="24"/>
          <w:szCs w:val="24"/>
        </w:rPr>
        <w:t>avrà</w:t>
      </w:r>
      <w:proofErr w:type="spellEnd"/>
      <w:r w:rsidR="007E2AE5" w:rsidRPr="00F96287">
        <w:rPr>
          <w:rFonts w:ascii="Palatino Linotype" w:hAnsi="Palatino Linotype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="007E2AE5" w:rsidRPr="00F96287">
        <w:rPr>
          <w:rFonts w:ascii="Palatino Linotype" w:hAnsi="Palatino Linotype"/>
          <w:i/>
          <w:iCs/>
          <w:color w:val="000000" w:themeColor="text1"/>
          <w:sz w:val="24"/>
          <w:szCs w:val="24"/>
        </w:rPr>
        <w:t>una</w:t>
      </w:r>
      <w:proofErr w:type="spellEnd"/>
      <w:r w:rsidR="007E2AE5" w:rsidRPr="00F96287">
        <w:rPr>
          <w:rFonts w:ascii="Palatino Linotype" w:hAnsi="Palatino Linotype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="007E2AE5" w:rsidRPr="00F96287">
        <w:rPr>
          <w:rFonts w:ascii="Palatino Linotype" w:hAnsi="Palatino Linotype"/>
          <w:i/>
          <w:iCs/>
          <w:color w:val="000000" w:themeColor="text1"/>
          <w:sz w:val="24"/>
          <w:szCs w:val="24"/>
        </w:rPr>
        <w:t>durata</w:t>
      </w:r>
      <w:proofErr w:type="spellEnd"/>
      <w:r w:rsidR="007E2AE5" w:rsidRPr="00F96287">
        <w:rPr>
          <w:rFonts w:ascii="Palatino Linotype" w:hAnsi="Palatino Linotype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="007E2AE5" w:rsidRPr="00F96287">
        <w:rPr>
          <w:rFonts w:ascii="Palatino Linotype" w:hAnsi="Palatino Linotype"/>
          <w:i/>
          <w:iCs/>
          <w:color w:val="000000" w:themeColor="text1"/>
          <w:sz w:val="24"/>
          <w:szCs w:val="24"/>
        </w:rPr>
        <w:t>maggiormente</w:t>
      </w:r>
      <w:proofErr w:type="spellEnd"/>
      <w:r w:rsidR="007E2AE5" w:rsidRPr="00F96287">
        <w:rPr>
          <w:rFonts w:ascii="Palatino Linotype" w:hAnsi="Palatino Linotype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="007E2AE5" w:rsidRPr="00F96287">
        <w:rPr>
          <w:rFonts w:ascii="Palatino Linotype" w:hAnsi="Palatino Linotype"/>
          <w:i/>
          <w:iCs/>
          <w:color w:val="000000" w:themeColor="text1"/>
          <w:sz w:val="24"/>
          <w:szCs w:val="24"/>
        </w:rPr>
        <w:t>compatta</w:t>
      </w:r>
      <w:proofErr w:type="spellEnd"/>
      <w:r w:rsidR="007E2AE5" w:rsidRPr="00F96287">
        <w:rPr>
          <w:rFonts w:ascii="Palatino Linotype" w:hAnsi="Palatino Linotype"/>
          <w:i/>
          <w:iCs/>
          <w:color w:val="000000" w:themeColor="text1"/>
          <w:sz w:val="24"/>
          <w:szCs w:val="24"/>
        </w:rPr>
        <w:t xml:space="preserve"> e </w:t>
      </w:r>
      <w:proofErr w:type="spellStart"/>
      <w:r w:rsidR="007E2AE5" w:rsidRPr="00F96287">
        <w:rPr>
          <w:rFonts w:ascii="Palatino Linotype" w:hAnsi="Palatino Linotype"/>
          <w:i/>
          <w:iCs/>
          <w:color w:val="000000" w:themeColor="text1"/>
          <w:sz w:val="24"/>
          <w:szCs w:val="24"/>
        </w:rPr>
        <w:t>si</w:t>
      </w:r>
      <w:proofErr w:type="spellEnd"/>
      <w:r w:rsidR="007E2AE5" w:rsidRPr="00F96287">
        <w:rPr>
          <w:rFonts w:ascii="Palatino Linotype" w:hAnsi="Palatino Linotype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="007E2AE5" w:rsidRPr="00F96287">
        <w:rPr>
          <w:rFonts w:ascii="Palatino Linotype" w:hAnsi="Palatino Linotype"/>
          <w:i/>
          <w:iCs/>
          <w:color w:val="000000" w:themeColor="text1"/>
          <w:sz w:val="24"/>
          <w:szCs w:val="24"/>
        </w:rPr>
        <w:t>terrà</w:t>
      </w:r>
      <w:proofErr w:type="spellEnd"/>
      <w:r w:rsidR="007E2AE5" w:rsidRPr="00F96287">
        <w:rPr>
          <w:rFonts w:ascii="Palatino Linotype" w:hAnsi="Palatino Linotype"/>
          <w:i/>
          <w:iCs/>
          <w:color w:val="000000" w:themeColor="text1"/>
          <w:sz w:val="24"/>
          <w:szCs w:val="24"/>
        </w:rPr>
        <w:t xml:space="preserve"> dal 13 al 17 </w:t>
      </w:r>
      <w:proofErr w:type="spellStart"/>
      <w:r w:rsidR="007E2AE5" w:rsidRPr="00F96287">
        <w:rPr>
          <w:rFonts w:ascii="Palatino Linotype" w:hAnsi="Palatino Linotype"/>
          <w:i/>
          <w:iCs/>
          <w:color w:val="000000" w:themeColor="text1"/>
          <w:sz w:val="24"/>
          <w:szCs w:val="24"/>
        </w:rPr>
        <w:t>febbraio</w:t>
      </w:r>
      <w:proofErr w:type="spellEnd"/>
      <w:r w:rsidR="007E2AE5" w:rsidRPr="00F96287">
        <w:rPr>
          <w:rFonts w:ascii="Palatino Linotype" w:hAnsi="Palatino Linotype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="007E2AE5" w:rsidRPr="00F96287">
        <w:rPr>
          <w:rFonts w:ascii="Palatino Linotype" w:hAnsi="Palatino Linotype"/>
          <w:i/>
          <w:iCs/>
          <w:color w:val="000000" w:themeColor="text1"/>
          <w:sz w:val="24"/>
          <w:szCs w:val="24"/>
        </w:rPr>
        <w:t>sempre</w:t>
      </w:r>
      <w:proofErr w:type="spellEnd"/>
      <w:r w:rsidR="007E2AE5" w:rsidRPr="00F96287">
        <w:rPr>
          <w:rFonts w:ascii="Palatino Linotype" w:hAnsi="Palatino Linotype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="007E2AE5" w:rsidRPr="00F96287">
        <w:rPr>
          <w:rFonts w:ascii="Palatino Linotype" w:hAnsi="Palatino Linotype"/>
          <w:i/>
          <w:iCs/>
          <w:color w:val="000000" w:themeColor="text1"/>
          <w:sz w:val="24"/>
          <w:szCs w:val="24"/>
        </w:rPr>
        <w:t>nei</w:t>
      </w:r>
      <w:proofErr w:type="spellEnd"/>
      <w:r w:rsidR="007E2AE5" w:rsidRPr="00F96287">
        <w:rPr>
          <w:rFonts w:ascii="Palatino Linotype" w:hAnsi="Palatino Linotype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="007E2AE5" w:rsidRPr="00F96287">
        <w:rPr>
          <w:rFonts w:ascii="Palatino Linotype" w:hAnsi="Palatino Linotype"/>
          <w:i/>
          <w:iCs/>
          <w:color w:val="000000" w:themeColor="text1"/>
          <w:sz w:val="24"/>
          <w:szCs w:val="24"/>
        </w:rPr>
        <w:t>padiglioni</w:t>
      </w:r>
      <w:proofErr w:type="spellEnd"/>
      <w:r w:rsidR="007E2AE5" w:rsidRPr="00F96287">
        <w:rPr>
          <w:rFonts w:ascii="Palatino Linotype" w:hAnsi="Palatino Linotype"/>
          <w:i/>
          <w:iCs/>
          <w:color w:val="000000" w:themeColor="text1"/>
          <w:sz w:val="24"/>
          <w:szCs w:val="24"/>
        </w:rPr>
        <w:t xml:space="preserve"> di </w:t>
      </w:r>
      <w:proofErr w:type="spellStart"/>
      <w:r w:rsidR="007E2AE5" w:rsidRPr="00F96287">
        <w:rPr>
          <w:rFonts w:ascii="Palatino Linotype" w:hAnsi="Palatino Linotype"/>
          <w:i/>
          <w:iCs/>
          <w:color w:val="000000" w:themeColor="text1"/>
          <w:sz w:val="24"/>
          <w:szCs w:val="24"/>
        </w:rPr>
        <w:t>ModenaFiere</w:t>
      </w:r>
      <w:proofErr w:type="spellEnd"/>
      <w:r w:rsidR="007E2AE5" w:rsidRPr="00F96287">
        <w:rPr>
          <w:rFonts w:ascii="Palatino Linotype" w:hAnsi="Palatino Linotype"/>
          <w:i/>
          <w:iCs/>
          <w:color w:val="000000" w:themeColor="text1"/>
          <w:sz w:val="24"/>
          <w:szCs w:val="24"/>
        </w:rPr>
        <w:t xml:space="preserve">. </w:t>
      </w:r>
      <w:proofErr w:type="spellStart"/>
      <w:r w:rsidR="007E2AE5" w:rsidRPr="00F96287">
        <w:rPr>
          <w:rFonts w:ascii="Palatino Linotype" w:hAnsi="Palatino Linotype"/>
          <w:i/>
          <w:iCs/>
          <w:color w:val="000000" w:themeColor="text1"/>
          <w:sz w:val="24"/>
          <w:szCs w:val="24"/>
        </w:rPr>
        <w:t>Sarà</w:t>
      </w:r>
      <w:proofErr w:type="spellEnd"/>
      <w:r w:rsidR="007E2AE5" w:rsidRPr="00F96287">
        <w:rPr>
          <w:rFonts w:ascii="Palatino Linotype" w:hAnsi="Palatino Linotype"/>
          <w:i/>
          <w:iCs/>
          <w:color w:val="000000" w:themeColor="text1"/>
          <w:sz w:val="24"/>
          <w:szCs w:val="24"/>
        </w:rPr>
        <w:t xml:space="preserve"> un </w:t>
      </w:r>
      <w:proofErr w:type="spellStart"/>
      <w:r w:rsidR="007E2AE5" w:rsidRPr="00F96287">
        <w:rPr>
          <w:rFonts w:ascii="Palatino Linotype" w:hAnsi="Palatino Linotype"/>
          <w:i/>
          <w:iCs/>
          <w:color w:val="000000" w:themeColor="text1"/>
          <w:sz w:val="24"/>
          <w:szCs w:val="24"/>
        </w:rPr>
        <w:t>appuntamento</w:t>
      </w:r>
      <w:proofErr w:type="spellEnd"/>
      <w:r w:rsidR="007E2AE5" w:rsidRPr="00F96287">
        <w:rPr>
          <w:rFonts w:ascii="Palatino Linotype" w:hAnsi="Palatino Linotype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="007E2AE5" w:rsidRPr="00F96287">
        <w:rPr>
          <w:rFonts w:ascii="Palatino Linotype" w:hAnsi="Palatino Linotype"/>
          <w:i/>
          <w:iCs/>
          <w:color w:val="000000" w:themeColor="text1"/>
          <w:sz w:val="24"/>
          <w:szCs w:val="24"/>
        </w:rPr>
        <w:t>particolarmente</w:t>
      </w:r>
      <w:proofErr w:type="spellEnd"/>
      <w:r w:rsidR="007E2AE5" w:rsidRPr="00F96287">
        <w:rPr>
          <w:rFonts w:ascii="Palatino Linotype" w:hAnsi="Palatino Linotype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="007E2AE5" w:rsidRPr="00F96287">
        <w:rPr>
          <w:rFonts w:ascii="Palatino Linotype" w:hAnsi="Palatino Linotype"/>
          <w:i/>
          <w:iCs/>
          <w:color w:val="000000" w:themeColor="text1"/>
          <w:sz w:val="24"/>
          <w:szCs w:val="24"/>
        </w:rPr>
        <w:t>significativo</w:t>
      </w:r>
      <w:proofErr w:type="spellEnd"/>
      <w:r w:rsidR="007E2AE5" w:rsidRPr="00F96287">
        <w:rPr>
          <w:rFonts w:ascii="Palatino Linotype" w:hAnsi="Palatino Linotype"/>
          <w:i/>
          <w:iCs/>
          <w:color w:val="000000" w:themeColor="text1"/>
          <w:sz w:val="24"/>
          <w:szCs w:val="24"/>
        </w:rPr>
        <w:t xml:space="preserve">, in vista </w:t>
      </w:r>
      <w:proofErr w:type="spellStart"/>
      <w:r w:rsidR="007E2AE5" w:rsidRPr="00F96287">
        <w:rPr>
          <w:rFonts w:ascii="Palatino Linotype" w:hAnsi="Palatino Linotype"/>
          <w:i/>
          <w:iCs/>
          <w:color w:val="000000" w:themeColor="text1"/>
          <w:sz w:val="24"/>
          <w:szCs w:val="24"/>
        </w:rPr>
        <w:t>dei</w:t>
      </w:r>
      <w:proofErr w:type="spellEnd"/>
      <w:r w:rsidR="007E2AE5" w:rsidRPr="00F96287">
        <w:rPr>
          <w:rFonts w:ascii="Palatino Linotype" w:hAnsi="Palatino Linotype"/>
          <w:i/>
          <w:iCs/>
          <w:color w:val="000000" w:themeColor="text1"/>
          <w:sz w:val="24"/>
          <w:szCs w:val="24"/>
        </w:rPr>
        <w:t xml:space="preserve"> 40 </w:t>
      </w:r>
      <w:proofErr w:type="spellStart"/>
      <w:r w:rsidR="007E2AE5" w:rsidRPr="00F96287">
        <w:rPr>
          <w:rFonts w:ascii="Palatino Linotype" w:hAnsi="Palatino Linotype"/>
          <w:i/>
          <w:iCs/>
          <w:color w:val="000000" w:themeColor="text1"/>
          <w:sz w:val="24"/>
          <w:szCs w:val="24"/>
        </w:rPr>
        <w:t>anni</w:t>
      </w:r>
      <w:proofErr w:type="spellEnd"/>
      <w:r w:rsidR="007E2AE5" w:rsidRPr="00F96287">
        <w:rPr>
          <w:rFonts w:ascii="Palatino Linotype" w:hAnsi="Palatino Linotype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="007E2AE5" w:rsidRPr="00F96287">
        <w:rPr>
          <w:rFonts w:ascii="Palatino Linotype" w:hAnsi="Palatino Linotype"/>
          <w:i/>
          <w:iCs/>
          <w:color w:val="000000" w:themeColor="text1"/>
          <w:sz w:val="24"/>
          <w:szCs w:val="24"/>
        </w:rPr>
        <w:t>della</w:t>
      </w:r>
      <w:proofErr w:type="spellEnd"/>
      <w:r w:rsidR="007E2AE5" w:rsidRPr="00F96287">
        <w:rPr>
          <w:rFonts w:ascii="Palatino Linotype" w:hAnsi="Palatino Linotype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="007E2AE5" w:rsidRPr="00F96287">
        <w:rPr>
          <w:rFonts w:ascii="Palatino Linotype" w:hAnsi="Palatino Linotype"/>
          <w:i/>
          <w:iCs/>
          <w:color w:val="000000" w:themeColor="text1"/>
          <w:sz w:val="24"/>
          <w:szCs w:val="24"/>
        </w:rPr>
        <w:t>manifestazione</w:t>
      </w:r>
      <w:proofErr w:type="spellEnd"/>
      <w:r w:rsidR="007E2AE5" w:rsidRPr="00F96287">
        <w:rPr>
          <w:rFonts w:ascii="Palatino Linotype" w:hAnsi="Palatino Linotype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="007E2AE5" w:rsidRPr="00F96287">
        <w:rPr>
          <w:rFonts w:ascii="Palatino Linotype" w:hAnsi="Palatino Linotype"/>
          <w:i/>
          <w:iCs/>
          <w:color w:val="000000" w:themeColor="text1"/>
          <w:sz w:val="24"/>
          <w:szCs w:val="24"/>
        </w:rPr>
        <w:t>nel</w:t>
      </w:r>
      <w:proofErr w:type="spellEnd"/>
      <w:r w:rsidR="007E2AE5" w:rsidRPr="00F96287">
        <w:rPr>
          <w:rFonts w:ascii="Palatino Linotype" w:hAnsi="Palatino Linotype"/>
          <w:i/>
          <w:iCs/>
          <w:color w:val="000000" w:themeColor="text1"/>
          <w:sz w:val="24"/>
          <w:szCs w:val="24"/>
        </w:rPr>
        <w:t xml:space="preserve"> 2027. Un </w:t>
      </w:r>
      <w:proofErr w:type="spellStart"/>
      <w:r w:rsidR="007E2AE5" w:rsidRPr="00F96287">
        <w:rPr>
          <w:rFonts w:ascii="Palatino Linotype" w:hAnsi="Palatino Linotype"/>
          <w:i/>
          <w:iCs/>
          <w:color w:val="000000" w:themeColor="text1"/>
          <w:sz w:val="24"/>
          <w:szCs w:val="24"/>
        </w:rPr>
        <w:t>traguardo</w:t>
      </w:r>
      <w:proofErr w:type="spellEnd"/>
      <w:r w:rsidR="007E2AE5" w:rsidRPr="00F96287">
        <w:rPr>
          <w:rFonts w:ascii="Palatino Linotype" w:hAnsi="Palatino Linotype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="007E2AE5" w:rsidRPr="00F96287">
        <w:rPr>
          <w:rFonts w:ascii="Palatino Linotype" w:hAnsi="Palatino Linotype"/>
          <w:i/>
          <w:iCs/>
          <w:color w:val="000000" w:themeColor="text1"/>
          <w:sz w:val="24"/>
          <w:szCs w:val="24"/>
        </w:rPr>
        <w:t>che</w:t>
      </w:r>
      <w:proofErr w:type="spellEnd"/>
      <w:r w:rsidR="007E2AE5" w:rsidRPr="00F96287">
        <w:rPr>
          <w:rFonts w:ascii="Palatino Linotype" w:hAnsi="Palatino Linotype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="007E2AE5" w:rsidRPr="00F96287">
        <w:rPr>
          <w:rFonts w:ascii="Palatino Linotype" w:hAnsi="Palatino Linotype"/>
          <w:i/>
          <w:iCs/>
          <w:color w:val="000000" w:themeColor="text1"/>
          <w:sz w:val="24"/>
          <w:szCs w:val="24"/>
        </w:rPr>
        <w:t>celebra</w:t>
      </w:r>
      <w:proofErr w:type="spellEnd"/>
      <w:r w:rsidR="007E2AE5" w:rsidRPr="00F96287">
        <w:rPr>
          <w:rFonts w:ascii="Palatino Linotype" w:hAnsi="Palatino Linotype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="007E2AE5" w:rsidRPr="00F96287">
        <w:rPr>
          <w:rFonts w:ascii="Palatino Linotype" w:hAnsi="Palatino Linotype"/>
          <w:i/>
          <w:iCs/>
          <w:color w:val="000000" w:themeColor="text1"/>
          <w:sz w:val="24"/>
          <w:szCs w:val="24"/>
        </w:rPr>
        <w:t>una</w:t>
      </w:r>
      <w:proofErr w:type="spellEnd"/>
      <w:r w:rsidR="007E2AE5" w:rsidRPr="00F96287">
        <w:rPr>
          <w:rFonts w:ascii="Palatino Linotype" w:hAnsi="Palatino Linotype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="007E2AE5" w:rsidRPr="00F96287">
        <w:rPr>
          <w:rFonts w:ascii="Palatino Linotype" w:hAnsi="Palatino Linotype"/>
          <w:i/>
          <w:iCs/>
          <w:color w:val="000000" w:themeColor="text1"/>
          <w:sz w:val="24"/>
          <w:szCs w:val="24"/>
        </w:rPr>
        <w:t>storia</w:t>
      </w:r>
      <w:proofErr w:type="spellEnd"/>
      <w:r w:rsidR="007E2AE5" w:rsidRPr="00F96287">
        <w:rPr>
          <w:rFonts w:ascii="Palatino Linotype" w:hAnsi="Palatino Linotype"/>
          <w:i/>
          <w:iCs/>
          <w:color w:val="000000" w:themeColor="text1"/>
          <w:sz w:val="24"/>
          <w:szCs w:val="24"/>
        </w:rPr>
        <w:t xml:space="preserve"> di </w:t>
      </w:r>
      <w:proofErr w:type="spellStart"/>
      <w:r w:rsidR="007E2AE5" w:rsidRPr="00F96287">
        <w:rPr>
          <w:rFonts w:ascii="Palatino Linotype" w:hAnsi="Palatino Linotype"/>
          <w:i/>
          <w:iCs/>
          <w:color w:val="000000" w:themeColor="text1"/>
          <w:sz w:val="24"/>
          <w:szCs w:val="24"/>
        </w:rPr>
        <w:t>successo</w:t>
      </w:r>
      <w:proofErr w:type="spellEnd"/>
      <w:r w:rsidR="007E2AE5" w:rsidRPr="00F96287">
        <w:rPr>
          <w:rFonts w:ascii="Palatino Linotype" w:hAnsi="Palatino Linotype"/>
          <w:i/>
          <w:iCs/>
          <w:color w:val="000000" w:themeColor="text1"/>
          <w:sz w:val="24"/>
          <w:szCs w:val="24"/>
        </w:rPr>
        <w:t xml:space="preserve"> e </w:t>
      </w:r>
      <w:proofErr w:type="spellStart"/>
      <w:r w:rsidR="007E2AE5" w:rsidRPr="00F96287">
        <w:rPr>
          <w:rFonts w:ascii="Palatino Linotype" w:hAnsi="Palatino Linotype"/>
          <w:i/>
          <w:iCs/>
          <w:color w:val="000000" w:themeColor="text1"/>
          <w:sz w:val="24"/>
          <w:szCs w:val="24"/>
        </w:rPr>
        <w:t>rilancia</w:t>
      </w:r>
      <w:proofErr w:type="spellEnd"/>
      <w:r w:rsidR="007E2AE5" w:rsidRPr="00F96287">
        <w:rPr>
          <w:rFonts w:ascii="Palatino Linotype" w:hAnsi="Palatino Linotype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="007E2AE5" w:rsidRPr="00F96287">
        <w:rPr>
          <w:rFonts w:ascii="Palatino Linotype" w:hAnsi="Palatino Linotype"/>
          <w:i/>
          <w:iCs/>
          <w:color w:val="000000" w:themeColor="text1"/>
          <w:sz w:val="24"/>
          <w:szCs w:val="24"/>
        </w:rPr>
        <w:t>una</w:t>
      </w:r>
      <w:proofErr w:type="spellEnd"/>
      <w:r w:rsidR="007E2AE5" w:rsidRPr="00F96287">
        <w:rPr>
          <w:rFonts w:ascii="Palatino Linotype" w:hAnsi="Palatino Linotype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="007E2AE5" w:rsidRPr="00F96287">
        <w:rPr>
          <w:rFonts w:ascii="Palatino Linotype" w:hAnsi="Palatino Linotype"/>
          <w:i/>
          <w:iCs/>
          <w:color w:val="000000" w:themeColor="text1"/>
          <w:sz w:val="24"/>
          <w:szCs w:val="24"/>
        </w:rPr>
        <w:t>delle</w:t>
      </w:r>
      <w:proofErr w:type="spellEnd"/>
      <w:r w:rsidR="007E2AE5" w:rsidRPr="00F96287">
        <w:rPr>
          <w:rFonts w:ascii="Palatino Linotype" w:hAnsi="Palatino Linotype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="007E2AE5" w:rsidRPr="00F96287">
        <w:rPr>
          <w:rFonts w:ascii="Palatino Linotype" w:hAnsi="Palatino Linotype"/>
          <w:i/>
          <w:iCs/>
          <w:color w:val="000000" w:themeColor="text1"/>
          <w:sz w:val="24"/>
          <w:szCs w:val="24"/>
        </w:rPr>
        <w:t>più</w:t>
      </w:r>
      <w:proofErr w:type="spellEnd"/>
      <w:r w:rsidR="007E2AE5" w:rsidRPr="00F96287">
        <w:rPr>
          <w:rFonts w:ascii="Palatino Linotype" w:hAnsi="Palatino Linotype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="007E2AE5" w:rsidRPr="00F96287">
        <w:rPr>
          <w:rFonts w:ascii="Palatino Linotype" w:hAnsi="Palatino Linotype"/>
          <w:i/>
          <w:iCs/>
          <w:color w:val="000000" w:themeColor="text1"/>
          <w:sz w:val="24"/>
          <w:szCs w:val="24"/>
        </w:rPr>
        <w:t>prestigiose</w:t>
      </w:r>
      <w:proofErr w:type="spellEnd"/>
      <w:r w:rsidR="007E2AE5" w:rsidRPr="00F96287">
        <w:rPr>
          <w:rFonts w:ascii="Palatino Linotype" w:hAnsi="Palatino Linotype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="007E2AE5" w:rsidRPr="00F96287">
        <w:rPr>
          <w:rFonts w:ascii="Palatino Linotype" w:hAnsi="Palatino Linotype"/>
          <w:i/>
          <w:iCs/>
          <w:color w:val="000000" w:themeColor="text1"/>
          <w:sz w:val="24"/>
          <w:szCs w:val="24"/>
        </w:rPr>
        <w:t>rassegne</w:t>
      </w:r>
      <w:proofErr w:type="spellEnd"/>
      <w:r w:rsidR="007E2AE5" w:rsidRPr="00F96287">
        <w:rPr>
          <w:rFonts w:ascii="Palatino Linotype" w:hAnsi="Palatino Linotype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="007E2AE5" w:rsidRPr="00F96287">
        <w:rPr>
          <w:rFonts w:ascii="Palatino Linotype" w:hAnsi="Palatino Linotype"/>
          <w:i/>
          <w:iCs/>
          <w:color w:val="000000" w:themeColor="text1"/>
          <w:sz w:val="24"/>
          <w:szCs w:val="24"/>
        </w:rPr>
        <w:t>dell’antiquariato</w:t>
      </w:r>
      <w:proofErr w:type="spellEnd"/>
      <w:r w:rsidR="007E2AE5" w:rsidRPr="00F96287">
        <w:rPr>
          <w:rFonts w:ascii="Palatino Linotype" w:hAnsi="Palatino Linotype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="007E2AE5" w:rsidRPr="00F96287">
        <w:rPr>
          <w:rFonts w:ascii="Palatino Linotype" w:hAnsi="Palatino Linotype"/>
          <w:i/>
          <w:iCs/>
          <w:color w:val="000000" w:themeColor="text1"/>
          <w:sz w:val="24"/>
          <w:szCs w:val="24"/>
        </w:rPr>
        <w:t>europeo</w:t>
      </w:r>
      <w:proofErr w:type="spellEnd"/>
      <w:r w:rsidR="007E2AE5" w:rsidRPr="00F96287">
        <w:rPr>
          <w:rFonts w:ascii="Palatino Linotype" w:hAnsi="Palatino Linotype"/>
          <w:color w:val="000000" w:themeColor="text1"/>
          <w:sz w:val="24"/>
          <w:szCs w:val="24"/>
        </w:rPr>
        <w:t>”.</w:t>
      </w:r>
    </w:p>
    <w:p w14:paraId="223B5A49" w14:textId="77777777" w:rsidR="00B01E91" w:rsidRDefault="005D344F" w:rsidP="009925D1">
      <w:pPr>
        <w:jc w:val="both"/>
        <w:rPr>
          <w:rFonts w:ascii="Palatino Linotype" w:hAnsi="Palatino Linotype"/>
          <w:color w:val="000000" w:themeColor="text1"/>
          <w:sz w:val="24"/>
          <w:szCs w:val="24"/>
        </w:rPr>
      </w:pPr>
      <w:r w:rsidRPr="00F96287">
        <w:rPr>
          <w:rFonts w:ascii="Palatino Linotype" w:hAnsi="Palatino Linotype"/>
          <w:b/>
          <w:color w:val="000000" w:themeColor="text1"/>
          <w:sz w:val="24"/>
          <w:szCs w:val="24"/>
          <w:lang w:val="it-IT"/>
        </w:rPr>
        <w:t>Pietro Cantore</w:t>
      </w:r>
      <w:r w:rsidRPr="00F96287">
        <w:rPr>
          <w:rFonts w:ascii="Palatino Linotype" w:hAnsi="Palatino Linotype"/>
          <w:color w:val="000000" w:themeColor="text1"/>
          <w:sz w:val="24"/>
          <w:szCs w:val="24"/>
          <w:lang w:val="it-IT"/>
        </w:rPr>
        <w:t xml:space="preserve">, </w:t>
      </w:r>
      <w:r w:rsidRPr="00F96287">
        <w:rPr>
          <w:rFonts w:ascii="Palatino Linotype" w:hAnsi="Palatino Linotype"/>
          <w:bCs/>
          <w:color w:val="000000" w:themeColor="text1"/>
          <w:sz w:val="24"/>
          <w:szCs w:val="24"/>
          <w:lang w:val="it-IT"/>
        </w:rPr>
        <w:t xml:space="preserve">Vicepresidente Associazione Antiquari d’Italia e Art </w:t>
      </w:r>
      <w:proofErr w:type="spellStart"/>
      <w:r w:rsidRPr="00F96287">
        <w:rPr>
          <w:rFonts w:ascii="Palatino Linotype" w:hAnsi="Palatino Linotype"/>
          <w:bCs/>
          <w:color w:val="000000" w:themeColor="text1"/>
          <w:sz w:val="24"/>
          <w:szCs w:val="24"/>
          <w:lang w:val="it-IT"/>
        </w:rPr>
        <w:t>Director</w:t>
      </w:r>
      <w:proofErr w:type="spellEnd"/>
      <w:r w:rsidRPr="00F96287">
        <w:rPr>
          <w:rFonts w:ascii="Palatino Linotype" w:hAnsi="Palatino Linotype"/>
          <w:bCs/>
          <w:color w:val="000000" w:themeColor="text1"/>
          <w:sz w:val="24"/>
          <w:szCs w:val="24"/>
          <w:lang w:val="it-IT"/>
        </w:rPr>
        <w:t xml:space="preserve"> della </w:t>
      </w:r>
      <w:r w:rsidR="009922EA" w:rsidRPr="00F96287">
        <w:rPr>
          <w:rFonts w:ascii="Palatino Linotype" w:hAnsi="Palatino Linotype"/>
          <w:bCs/>
          <w:color w:val="000000" w:themeColor="text1"/>
          <w:sz w:val="24"/>
          <w:szCs w:val="24"/>
          <w:lang w:val="it-IT"/>
        </w:rPr>
        <w:t>M</w:t>
      </w:r>
      <w:r w:rsidRPr="00F96287">
        <w:rPr>
          <w:rFonts w:ascii="Palatino Linotype" w:hAnsi="Palatino Linotype"/>
          <w:bCs/>
          <w:color w:val="000000" w:themeColor="text1"/>
          <w:sz w:val="24"/>
          <w:szCs w:val="24"/>
          <w:lang w:val="it-IT"/>
        </w:rPr>
        <w:t>anifestazione</w:t>
      </w:r>
      <w:r w:rsidR="0055121D" w:rsidRPr="00F96287">
        <w:rPr>
          <w:rFonts w:ascii="Palatino Linotype" w:hAnsi="Palatino Linotype"/>
          <w:color w:val="000000" w:themeColor="text1"/>
          <w:sz w:val="24"/>
          <w:szCs w:val="24"/>
          <w:lang w:val="it-IT"/>
        </w:rPr>
        <w:t>, afferma</w:t>
      </w:r>
      <w:r w:rsidRPr="00F96287">
        <w:rPr>
          <w:rFonts w:ascii="Palatino Linotype" w:hAnsi="Palatino Linotype"/>
          <w:b/>
          <w:bCs/>
          <w:color w:val="000000" w:themeColor="text1"/>
          <w:sz w:val="24"/>
          <w:szCs w:val="24"/>
          <w:lang w:val="it-IT"/>
        </w:rPr>
        <w:t>:</w:t>
      </w:r>
      <w:r w:rsidR="00F7555F" w:rsidRPr="00F96287">
        <w:rPr>
          <w:rFonts w:ascii="Palatino Linotype" w:hAnsi="Palatino Linotype"/>
          <w:color w:val="000000" w:themeColor="text1"/>
          <w:sz w:val="24"/>
          <w:szCs w:val="24"/>
        </w:rPr>
        <w:t xml:space="preserve"> “</w:t>
      </w:r>
      <w:proofErr w:type="spellStart"/>
      <w:r w:rsidR="00215DD8" w:rsidRPr="00F96287">
        <w:rPr>
          <w:rFonts w:ascii="Palatino Linotype" w:hAnsi="Palatino Linotype"/>
          <w:i/>
          <w:iCs/>
          <w:color w:val="000000" w:themeColor="text1"/>
          <w:sz w:val="24"/>
          <w:szCs w:val="24"/>
        </w:rPr>
        <w:t>Modenantiquaria</w:t>
      </w:r>
      <w:proofErr w:type="spellEnd"/>
      <w:r w:rsidR="00215DD8" w:rsidRPr="00F96287">
        <w:rPr>
          <w:rFonts w:ascii="Palatino Linotype" w:hAnsi="Palatino Linotype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="00215DD8" w:rsidRPr="00F96287">
        <w:rPr>
          <w:rFonts w:ascii="Palatino Linotype" w:hAnsi="Palatino Linotype"/>
          <w:i/>
          <w:iCs/>
          <w:color w:val="000000" w:themeColor="text1"/>
          <w:sz w:val="24"/>
          <w:szCs w:val="24"/>
        </w:rPr>
        <w:t>sarà</w:t>
      </w:r>
      <w:proofErr w:type="spellEnd"/>
      <w:r w:rsidR="00215DD8" w:rsidRPr="00F96287">
        <w:rPr>
          <w:rFonts w:ascii="Palatino Linotype" w:hAnsi="Palatino Linotype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="00215DD8" w:rsidRPr="00F96287">
        <w:rPr>
          <w:rFonts w:ascii="Palatino Linotype" w:hAnsi="Palatino Linotype"/>
          <w:i/>
          <w:iCs/>
          <w:color w:val="000000" w:themeColor="text1"/>
          <w:sz w:val="24"/>
          <w:szCs w:val="24"/>
        </w:rPr>
        <w:t>anche</w:t>
      </w:r>
      <w:proofErr w:type="spellEnd"/>
      <w:r w:rsidR="00215DD8" w:rsidRPr="00F96287">
        <w:rPr>
          <w:rFonts w:ascii="Palatino Linotype" w:hAnsi="Palatino Linotype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="00215DD8" w:rsidRPr="00F96287">
        <w:rPr>
          <w:rFonts w:ascii="Palatino Linotype" w:hAnsi="Palatino Linotype"/>
          <w:i/>
          <w:iCs/>
          <w:color w:val="000000" w:themeColor="text1"/>
          <w:sz w:val="24"/>
          <w:szCs w:val="24"/>
        </w:rPr>
        <w:t>nel</w:t>
      </w:r>
      <w:proofErr w:type="spellEnd"/>
      <w:r w:rsidR="00215DD8" w:rsidRPr="00F96287">
        <w:rPr>
          <w:rFonts w:ascii="Palatino Linotype" w:hAnsi="Palatino Linotype"/>
          <w:i/>
          <w:iCs/>
          <w:color w:val="000000" w:themeColor="text1"/>
          <w:sz w:val="24"/>
          <w:szCs w:val="24"/>
        </w:rPr>
        <w:t xml:space="preserve"> 2027 </w:t>
      </w:r>
      <w:proofErr w:type="spellStart"/>
      <w:r w:rsidR="00215DD8" w:rsidRPr="00F96287">
        <w:rPr>
          <w:rFonts w:ascii="Palatino Linotype" w:hAnsi="Palatino Linotype"/>
          <w:i/>
          <w:iCs/>
          <w:color w:val="000000" w:themeColor="text1"/>
          <w:sz w:val="24"/>
          <w:szCs w:val="24"/>
        </w:rPr>
        <w:t>una</w:t>
      </w:r>
      <w:proofErr w:type="spellEnd"/>
      <w:r w:rsidR="00215DD8" w:rsidRPr="00F96287">
        <w:rPr>
          <w:rFonts w:ascii="Palatino Linotype" w:hAnsi="Palatino Linotype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="00215DD8" w:rsidRPr="00F96287">
        <w:rPr>
          <w:rFonts w:ascii="Palatino Linotype" w:hAnsi="Palatino Linotype"/>
          <w:i/>
          <w:iCs/>
          <w:color w:val="000000" w:themeColor="text1"/>
          <w:sz w:val="24"/>
          <w:szCs w:val="24"/>
        </w:rPr>
        <w:t>mostra-mercato</w:t>
      </w:r>
      <w:proofErr w:type="spellEnd"/>
      <w:r w:rsidR="00215DD8" w:rsidRPr="00F96287">
        <w:rPr>
          <w:rFonts w:ascii="Palatino Linotype" w:hAnsi="Palatino Linotype"/>
          <w:i/>
          <w:iCs/>
          <w:color w:val="000000" w:themeColor="text1"/>
          <w:sz w:val="24"/>
          <w:szCs w:val="24"/>
        </w:rPr>
        <w:t xml:space="preserve"> a cui </w:t>
      </w:r>
      <w:proofErr w:type="spellStart"/>
      <w:r w:rsidR="00215DD8" w:rsidRPr="00F96287">
        <w:rPr>
          <w:rFonts w:ascii="Palatino Linotype" w:hAnsi="Palatino Linotype"/>
          <w:i/>
          <w:iCs/>
          <w:color w:val="000000" w:themeColor="text1"/>
          <w:sz w:val="24"/>
          <w:szCs w:val="24"/>
        </w:rPr>
        <w:t>parteciperanno</w:t>
      </w:r>
      <w:proofErr w:type="spellEnd"/>
      <w:r w:rsidR="00215DD8" w:rsidRPr="00F96287">
        <w:rPr>
          <w:rFonts w:ascii="Palatino Linotype" w:hAnsi="Palatino Linotype"/>
          <w:i/>
          <w:iCs/>
          <w:color w:val="000000" w:themeColor="text1"/>
          <w:sz w:val="24"/>
          <w:szCs w:val="24"/>
        </w:rPr>
        <w:t xml:space="preserve"> le </w:t>
      </w:r>
      <w:proofErr w:type="spellStart"/>
      <w:r w:rsidR="00215DD8" w:rsidRPr="00F96287">
        <w:rPr>
          <w:rFonts w:ascii="Palatino Linotype" w:hAnsi="Palatino Linotype"/>
          <w:i/>
          <w:iCs/>
          <w:color w:val="000000" w:themeColor="text1"/>
          <w:sz w:val="24"/>
          <w:szCs w:val="24"/>
        </w:rPr>
        <w:t>più</w:t>
      </w:r>
      <w:proofErr w:type="spellEnd"/>
      <w:r w:rsidR="00215DD8" w:rsidRPr="00F96287">
        <w:rPr>
          <w:rFonts w:ascii="Palatino Linotype" w:hAnsi="Palatino Linotype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="00215DD8" w:rsidRPr="00F96287">
        <w:rPr>
          <w:rFonts w:ascii="Palatino Linotype" w:hAnsi="Palatino Linotype"/>
          <w:i/>
          <w:iCs/>
          <w:color w:val="000000" w:themeColor="text1"/>
          <w:sz w:val="24"/>
          <w:szCs w:val="24"/>
        </w:rPr>
        <w:t>prestigiose</w:t>
      </w:r>
      <w:proofErr w:type="spellEnd"/>
      <w:r w:rsidR="00215DD8" w:rsidRPr="00F96287">
        <w:rPr>
          <w:rFonts w:ascii="Palatino Linotype" w:hAnsi="Palatino Linotype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="00215DD8" w:rsidRPr="00F96287">
        <w:rPr>
          <w:rFonts w:ascii="Palatino Linotype" w:hAnsi="Palatino Linotype"/>
          <w:i/>
          <w:iCs/>
          <w:color w:val="000000" w:themeColor="text1"/>
          <w:sz w:val="24"/>
          <w:szCs w:val="24"/>
        </w:rPr>
        <w:t>gallerie</w:t>
      </w:r>
      <w:proofErr w:type="spellEnd"/>
      <w:r w:rsidR="00215DD8" w:rsidRPr="00F96287">
        <w:rPr>
          <w:rFonts w:ascii="Palatino Linotype" w:hAnsi="Palatino Linotype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="00215DD8" w:rsidRPr="00F96287">
        <w:rPr>
          <w:rFonts w:ascii="Palatino Linotype" w:hAnsi="Palatino Linotype"/>
          <w:i/>
          <w:iCs/>
          <w:color w:val="000000" w:themeColor="text1"/>
          <w:sz w:val="24"/>
          <w:szCs w:val="24"/>
        </w:rPr>
        <w:t>italiane</w:t>
      </w:r>
      <w:proofErr w:type="spellEnd"/>
      <w:r w:rsidR="00215DD8" w:rsidRPr="00F96287">
        <w:rPr>
          <w:rFonts w:ascii="Palatino Linotype" w:hAnsi="Palatino Linotype"/>
          <w:i/>
          <w:iCs/>
          <w:color w:val="000000" w:themeColor="text1"/>
          <w:sz w:val="24"/>
          <w:szCs w:val="24"/>
        </w:rPr>
        <w:t xml:space="preserve"> e </w:t>
      </w:r>
      <w:proofErr w:type="spellStart"/>
      <w:r w:rsidR="00215DD8" w:rsidRPr="00F96287">
        <w:rPr>
          <w:rFonts w:ascii="Palatino Linotype" w:hAnsi="Palatino Linotype"/>
          <w:i/>
          <w:iCs/>
          <w:color w:val="000000" w:themeColor="text1"/>
          <w:sz w:val="24"/>
          <w:szCs w:val="24"/>
        </w:rPr>
        <w:t>straniere</w:t>
      </w:r>
      <w:proofErr w:type="spellEnd"/>
      <w:r w:rsidR="00215DD8" w:rsidRPr="00F96287">
        <w:rPr>
          <w:rFonts w:ascii="Palatino Linotype" w:hAnsi="Palatino Linotype"/>
          <w:i/>
          <w:iCs/>
          <w:color w:val="000000" w:themeColor="text1"/>
          <w:sz w:val="24"/>
          <w:szCs w:val="24"/>
        </w:rPr>
        <w:t xml:space="preserve">, con </w:t>
      </w:r>
      <w:proofErr w:type="spellStart"/>
      <w:r w:rsidR="00215DD8" w:rsidRPr="00F96287">
        <w:rPr>
          <w:rFonts w:ascii="Palatino Linotype" w:hAnsi="Palatino Linotype"/>
          <w:i/>
          <w:iCs/>
          <w:color w:val="000000" w:themeColor="text1"/>
          <w:sz w:val="24"/>
          <w:szCs w:val="24"/>
        </w:rPr>
        <w:t>opere</w:t>
      </w:r>
      <w:proofErr w:type="spellEnd"/>
      <w:r w:rsidR="00215DD8" w:rsidRPr="00F96287">
        <w:rPr>
          <w:rFonts w:ascii="Palatino Linotype" w:hAnsi="Palatino Linotype"/>
          <w:i/>
          <w:iCs/>
          <w:color w:val="000000" w:themeColor="text1"/>
          <w:sz w:val="24"/>
          <w:szCs w:val="24"/>
        </w:rPr>
        <w:t xml:space="preserve"> e </w:t>
      </w:r>
      <w:proofErr w:type="spellStart"/>
      <w:r w:rsidR="00215DD8" w:rsidRPr="00F96287">
        <w:rPr>
          <w:rFonts w:ascii="Palatino Linotype" w:hAnsi="Palatino Linotype"/>
          <w:i/>
          <w:iCs/>
          <w:color w:val="000000" w:themeColor="text1"/>
          <w:sz w:val="24"/>
          <w:szCs w:val="24"/>
        </w:rPr>
        <w:t>oggetti</w:t>
      </w:r>
      <w:proofErr w:type="spellEnd"/>
      <w:r w:rsidR="00215DD8" w:rsidRPr="00F96287">
        <w:rPr>
          <w:rFonts w:ascii="Palatino Linotype" w:hAnsi="Palatino Linotype"/>
          <w:i/>
          <w:iCs/>
          <w:color w:val="000000" w:themeColor="text1"/>
          <w:sz w:val="24"/>
          <w:szCs w:val="24"/>
        </w:rPr>
        <w:t xml:space="preserve"> di </w:t>
      </w:r>
      <w:proofErr w:type="spellStart"/>
      <w:r w:rsidR="00215DD8" w:rsidRPr="00F96287">
        <w:rPr>
          <w:rFonts w:ascii="Palatino Linotype" w:hAnsi="Palatino Linotype"/>
          <w:i/>
          <w:iCs/>
          <w:color w:val="000000" w:themeColor="text1"/>
          <w:sz w:val="24"/>
          <w:szCs w:val="24"/>
        </w:rPr>
        <w:t>straordinaria</w:t>
      </w:r>
      <w:proofErr w:type="spellEnd"/>
      <w:r w:rsidR="00215DD8" w:rsidRPr="00F96287">
        <w:rPr>
          <w:rFonts w:ascii="Palatino Linotype" w:hAnsi="Palatino Linotype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="00215DD8" w:rsidRPr="00F96287">
        <w:rPr>
          <w:rFonts w:ascii="Palatino Linotype" w:hAnsi="Palatino Linotype"/>
          <w:i/>
          <w:iCs/>
          <w:color w:val="000000" w:themeColor="text1"/>
          <w:sz w:val="24"/>
          <w:szCs w:val="24"/>
        </w:rPr>
        <w:t>qualità</w:t>
      </w:r>
      <w:proofErr w:type="spellEnd"/>
      <w:r w:rsidR="00215DD8" w:rsidRPr="00F96287">
        <w:rPr>
          <w:rFonts w:ascii="Palatino Linotype" w:hAnsi="Palatino Linotype"/>
          <w:i/>
          <w:iCs/>
          <w:color w:val="000000" w:themeColor="text1"/>
          <w:sz w:val="24"/>
          <w:szCs w:val="24"/>
        </w:rPr>
        <w:t xml:space="preserve"> e </w:t>
      </w:r>
      <w:proofErr w:type="spellStart"/>
      <w:r w:rsidR="00215DD8" w:rsidRPr="00F96287">
        <w:rPr>
          <w:rFonts w:ascii="Palatino Linotype" w:hAnsi="Palatino Linotype"/>
          <w:i/>
          <w:iCs/>
          <w:color w:val="000000" w:themeColor="text1"/>
          <w:sz w:val="24"/>
          <w:szCs w:val="24"/>
        </w:rPr>
        <w:t>accuratamente</w:t>
      </w:r>
      <w:proofErr w:type="spellEnd"/>
      <w:r w:rsidR="00215DD8" w:rsidRPr="00F96287">
        <w:rPr>
          <w:rFonts w:ascii="Palatino Linotype" w:hAnsi="Palatino Linotype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="00215DD8" w:rsidRPr="00F96287">
        <w:rPr>
          <w:rFonts w:ascii="Palatino Linotype" w:hAnsi="Palatino Linotype"/>
          <w:i/>
          <w:iCs/>
          <w:color w:val="000000" w:themeColor="text1"/>
          <w:sz w:val="24"/>
          <w:szCs w:val="24"/>
        </w:rPr>
        <w:t>selezionati</w:t>
      </w:r>
      <w:proofErr w:type="spellEnd"/>
      <w:r w:rsidR="0055121D" w:rsidRPr="00F96287">
        <w:rPr>
          <w:rFonts w:ascii="Palatino Linotype" w:hAnsi="Palatino Linotype"/>
          <w:color w:val="000000" w:themeColor="text1"/>
          <w:sz w:val="24"/>
          <w:szCs w:val="24"/>
        </w:rPr>
        <w:t>”</w:t>
      </w:r>
      <w:r w:rsidR="00215DD8" w:rsidRPr="00F96287">
        <w:rPr>
          <w:rFonts w:ascii="Palatino Linotype" w:hAnsi="Palatino Linotype"/>
          <w:color w:val="000000" w:themeColor="text1"/>
          <w:sz w:val="24"/>
          <w:szCs w:val="24"/>
        </w:rPr>
        <w:t>.</w:t>
      </w:r>
      <w:r w:rsidR="0055121D" w:rsidRPr="00F96287">
        <w:rPr>
          <w:rFonts w:ascii="Palatino Linotype" w:hAnsi="Palatino Linotype"/>
          <w:color w:val="000000" w:themeColor="text1"/>
          <w:sz w:val="24"/>
          <w:szCs w:val="24"/>
        </w:rPr>
        <w:t xml:space="preserve"> </w:t>
      </w:r>
    </w:p>
    <w:p w14:paraId="75DADD0D" w14:textId="5A03667A" w:rsidR="00517E8C" w:rsidRPr="00F96287" w:rsidRDefault="00F96287" w:rsidP="009925D1">
      <w:pPr>
        <w:jc w:val="both"/>
        <w:rPr>
          <w:rFonts w:ascii="Palatino Linotype" w:hAnsi="Palatino Linotype"/>
          <w:color w:val="000000" w:themeColor="text1"/>
          <w:sz w:val="24"/>
          <w:szCs w:val="24"/>
        </w:rPr>
      </w:pPr>
      <w:r w:rsidRPr="00F96287">
        <w:rPr>
          <w:rFonts w:ascii="Palatino Linotype" w:hAnsi="Palatino Linotype"/>
          <w:color w:val="000000" w:themeColor="text1"/>
          <w:sz w:val="24"/>
          <w:szCs w:val="24"/>
        </w:rPr>
        <w:br/>
      </w:r>
      <w:r w:rsidRPr="00F96287">
        <w:rPr>
          <w:rFonts w:ascii="Palatino Linotype" w:hAnsi="Palatino Linotype" w:cs="Arial"/>
          <w:color w:val="000000" w:themeColor="text1"/>
          <w:sz w:val="24"/>
          <w:szCs w:val="24"/>
          <w:shd w:val="clear" w:color="auto" w:fill="FFFFFF"/>
        </w:rPr>
        <w:t xml:space="preserve">Del resto, Modena, con la </w:t>
      </w:r>
      <w:proofErr w:type="spellStart"/>
      <w:r w:rsidRPr="00F96287">
        <w:rPr>
          <w:rFonts w:ascii="Palatino Linotype" w:hAnsi="Palatino Linotype" w:cs="Arial"/>
          <w:color w:val="000000" w:themeColor="text1"/>
          <w:sz w:val="24"/>
          <w:szCs w:val="24"/>
          <w:shd w:val="clear" w:color="auto" w:fill="FFFFFF"/>
        </w:rPr>
        <w:t>sua</w:t>
      </w:r>
      <w:proofErr w:type="spellEnd"/>
      <w:r w:rsidRPr="00F96287">
        <w:rPr>
          <w:rFonts w:ascii="Palatino Linotype" w:hAnsi="Palatino Linotype" w:cs="Arial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F96287">
        <w:rPr>
          <w:rFonts w:ascii="Palatino Linotype" w:hAnsi="Palatino Linotype" w:cs="Arial"/>
          <w:color w:val="000000" w:themeColor="text1"/>
          <w:sz w:val="24"/>
          <w:szCs w:val="24"/>
          <w:shd w:val="clear" w:color="auto" w:fill="FFFFFF"/>
        </w:rPr>
        <w:t>storia</w:t>
      </w:r>
      <w:proofErr w:type="spellEnd"/>
      <w:r w:rsidRPr="00F96287">
        <w:rPr>
          <w:rFonts w:ascii="Palatino Linotype" w:hAnsi="Palatino Linotype" w:cs="Arial"/>
          <w:color w:val="000000" w:themeColor="text1"/>
          <w:sz w:val="24"/>
          <w:szCs w:val="24"/>
          <w:shd w:val="clear" w:color="auto" w:fill="FFFFFF"/>
        </w:rPr>
        <w:t xml:space="preserve">, la </w:t>
      </w:r>
      <w:proofErr w:type="spellStart"/>
      <w:r w:rsidRPr="00F96287">
        <w:rPr>
          <w:rFonts w:ascii="Palatino Linotype" w:hAnsi="Palatino Linotype" w:cs="Arial"/>
          <w:color w:val="000000" w:themeColor="text1"/>
          <w:sz w:val="24"/>
          <w:szCs w:val="24"/>
          <w:shd w:val="clear" w:color="auto" w:fill="FFFFFF"/>
        </w:rPr>
        <w:t>sua</w:t>
      </w:r>
      <w:proofErr w:type="spellEnd"/>
      <w:r w:rsidRPr="00F96287">
        <w:rPr>
          <w:rFonts w:ascii="Palatino Linotype" w:hAnsi="Palatino Linotype" w:cs="Arial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F96287">
        <w:rPr>
          <w:rFonts w:ascii="Palatino Linotype" w:hAnsi="Palatino Linotype" w:cs="Arial"/>
          <w:color w:val="000000" w:themeColor="text1"/>
          <w:sz w:val="24"/>
          <w:szCs w:val="24"/>
          <w:shd w:val="clear" w:color="auto" w:fill="FFFFFF"/>
        </w:rPr>
        <w:t>eleganza</w:t>
      </w:r>
      <w:proofErr w:type="spellEnd"/>
      <w:r w:rsidRPr="00F96287">
        <w:rPr>
          <w:rFonts w:ascii="Palatino Linotype" w:hAnsi="Palatino Linotype" w:cs="Arial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F96287">
        <w:rPr>
          <w:rFonts w:ascii="Palatino Linotype" w:hAnsi="Palatino Linotype" w:cs="Arial"/>
          <w:color w:val="000000" w:themeColor="text1"/>
          <w:sz w:val="24"/>
          <w:szCs w:val="24"/>
          <w:shd w:val="clear" w:color="auto" w:fill="FFFFFF"/>
        </w:rPr>
        <w:t>discreta</w:t>
      </w:r>
      <w:proofErr w:type="spellEnd"/>
      <w:r w:rsidRPr="00F96287">
        <w:rPr>
          <w:rFonts w:ascii="Palatino Linotype" w:hAnsi="Palatino Linotype" w:cs="Arial"/>
          <w:color w:val="000000" w:themeColor="text1"/>
          <w:sz w:val="24"/>
          <w:szCs w:val="24"/>
          <w:shd w:val="clear" w:color="auto" w:fill="FFFFFF"/>
        </w:rPr>
        <w:t xml:space="preserve"> e la </w:t>
      </w:r>
      <w:proofErr w:type="spellStart"/>
      <w:r w:rsidRPr="00F96287">
        <w:rPr>
          <w:rFonts w:ascii="Palatino Linotype" w:hAnsi="Palatino Linotype" w:cs="Arial"/>
          <w:color w:val="000000" w:themeColor="text1"/>
          <w:sz w:val="24"/>
          <w:szCs w:val="24"/>
          <w:shd w:val="clear" w:color="auto" w:fill="FFFFFF"/>
        </w:rPr>
        <w:t>passione</w:t>
      </w:r>
      <w:proofErr w:type="spellEnd"/>
      <w:r w:rsidRPr="00F96287">
        <w:rPr>
          <w:rFonts w:ascii="Palatino Linotype" w:hAnsi="Palatino Linotype" w:cs="Arial"/>
          <w:color w:val="000000" w:themeColor="text1"/>
          <w:sz w:val="24"/>
          <w:szCs w:val="24"/>
          <w:shd w:val="clear" w:color="auto" w:fill="FFFFFF"/>
        </w:rPr>
        <w:t xml:space="preserve"> per la </w:t>
      </w:r>
      <w:proofErr w:type="spellStart"/>
      <w:r w:rsidRPr="00F96287">
        <w:rPr>
          <w:rFonts w:ascii="Palatino Linotype" w:hAnsi="Palatino Linotype" w:cs="Arial"/>
          <w:color w:val="000000" w:themeColor="text1"/>
          <w:sz w:val="24"/>
          <w:szCs w:val="24"/>
          <w:shd w:val="clear" w:color="auto" w:fill="FFFFFF"/>
        </w:rPr>
        <w:t>cultura</w:t>
      </w:r>
      <w:proofErr w:type="spellEnd"/>
      <w:r w:rsidRPr="00F96287">
        <w:rPr>
          <w:rFonts w:ascii="Palatino Linotype" w:hAnsi="Palatino Linotype" w:cs="Arial"/>
          <w:color w:val="000000" w:themeColor="text1"/>
          <w:sz w:val="24"/>
          <w:szCs w:val="24"/>
          <w:shd w:val="clear" w:color="auto" w:fill="FFFFFF"/>
        </w:rPr>
        <w:t xml:space="preserve">, è </w:t>
      </w:r>
      <w:proofErr w:type="spellStart"/>
      <w:r w:rsidRPr="00F96287">
        <w:rPr>
          <w:rFonts w:ascii="Palatino Linotype" w:hAnsi="Palatino Linotype" w:cs="Arial"/>
          <w:color w:val="000000" w:themeColor="text1"/>
          <w:sz w:val="24"/>
          <w:szCs w:val="24"/>
          <w:shd w:val="clear" w:color="auto" w:fill="FFFFFF"/>
        </w:rPr>
        <w:t>il</w:t>
      </w:r>
      <w:proofErr w:type="spellEnd"/>
      <w:r w:rsidRPr="00F96287">
        <w:rPr>
          <w:rFonts w:ascii="Palatino Linotype" w:hAnsi="Palatino Linotype" w:cs="Arial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F96287">
        <w:rPr>
          <w:rFonts w:ascii="Palatino Linotype" w:hAnsi="Palatino Linotype" w:cs="Arial"/>
          <w:color w:val="000000" w:themeColor="text1"/>
          <w:sz w:val="24"/>
          <w:szCs w:val="24"/>
          <w:shd w:val="clear" w:color="auto" w:fill="FFFFFF"/>
        </w:rPr>
        <w:t>luogo</w:t>
      </w:r>
      <w:proofErr w:type="spellEnd"/>
      <w:r w:rsidRPr="00F96287">
        <w:rPr>
          <w:rFonts w:ascii="Palatino Linotype" w:hAnsi="Palatino Linotype" w:cs="Arial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F96287">
        <w:rPr>
          <w:rFonts w:ascii="Palatino Linotype" w:hAnsi="Palatino Linotype" w:cs="Arial"/>
          <w:color w:val="000000" w:themeColor="text1"/>
          <w:sz w:val="24"/>
          <w:szCs w:val="24"/>
          <w:shd w:val="clear" w:color="auto" w:fill="FFFFFF"/>
        </w:rPr>
        <w:t>ideale</w:t>
      </w:r>
      <w:proofErr w:type="spellEnd"/>
      <w:r w:rsidRPr="00F96287">
        <w:rPr>
          <w:rFonts w:ascii="Palatino Linotype" w:hAnsi="Palatino Linotype" w:cs="Arial"/>
          <w:color w:val="000000" w:themeColor="text1"/>
          <w:sz w:val="24"/>
          <w:szCs w:val="24"/>
          <w:shd w:val="clear" w:color="auto" w:fill="FFFFFF"/>
        </w:rPr>
        <w:t xml:space="preserve"> per </w:t>
      </w:r>
      <w:proofErr w:type="spellStart"/>
      <w:r w:rsidRPr="00F96287">
        <w:rPr>
          <w:rFonts w:ascii="Palatino Linotype" w:hAnsi="Palatino Linotype" w:cs="Arial"/>
          <w:color w:val="000000" w:themeColor="text1"/>
          <w:sz w:val="24"/>
          <w:szCs w:val="24"/>
          <w:shd w:val="clear" w:color="auto" w:fill="FFFFFF"/>
        </w:rPr>
        <w:t>una</w:t>
      </w:r>
      <w:proofErr w:type="spellEnd"/>
      <w:r w:rsidRPr="00F96287">
        <w:rPr>
          <w:rFonts w:ascii="Palatino Linotype" w:hAnsi="Palatino Linotype" w:cs="Arial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F96287">
        <w:rPr>
          <w:rFonts w:ascii="Palatino Linotype" w:hAnsi="Palatino Linotype" w:cs="Arial"/>
          <w:color w:val="000000" w:themeColor="text1"/>
          <w:sz w:val="24"/>
          <w:szCs w:val="24"/>
          <w:shd w:val="clear" w:color="auto" w:fill="FFFFFF"/>
        </w:rPr>
        <w:t>manifestazione</w:t>
      </w:r>
      <w:proofErr w:type="spellEnd"/>
      <w:r w:rsidRPr="00F96287">
        <w:rPr>
          <w:rFonts w:ascii="Palatino Linotype" w:hAnsi="Palatino Linotype" w:cs="Arial"/>
          <w:color w:val="000000" w:themeColor="text1"/>
          <w:sz w:val="24"/>
          <w:szCs w:val="24"/>
          <w:shd w:val="clear" w:color="auto" w:fill="FFFFFF"/>
        </w:rPr>
        <w:t xml:space="preserve"> come </w:t>
      </w:r>
      <w:proofErr w:type="spellStart"/>
      <w:r w:rsidRPr="00F96287">
        <w:rPr>
          <w:rFonts w:ascii="Palatino Linotype" w:hAnsi="Palatino Linotype" w:cs="Arial"/>
          <w:color w:val="000000" w:themeColor="text1"/>
          <w:sz w:val="24"/>
          <w:szCs w:val="24"/>
          <w:shd w:val="clear" w:color="auto" w:fill="FFFFFF"/>
        </w:rPr>
        <w:t>Modenantiquaria</w:t>
      </w:r>
      <w:proofErr w:type="spellEnd"/>
      <w:r w:rsidRPr="00F96287">
        <w:rPr>
          <w:rFonts w:ascii="Palatino Linotype" w:hAnsi="Palatino Linotype" w:cs="Arial"/>
          <w:color w:val="000000" w:themeColor="text1"/>
          <w:sz w:val="24"/>
          <w:szCs w:val="24"/>
          <w:shd w:val="clear" w:color="auto" w:fill="FFFFFF"/>
        </w:rPr>
        <w:t xml:space="preserve">, </w:t>
      </w:r>
      <w:proofErr w:type="spellStart"/>
      <w:r w:rsidRPr="00F96287">
        <w:rPr>
          <w:rFonts w:ascii="Palatino Linotype" w:hAnsi="Palatino Linotype" w:cs="Arial"/>
          <w:color w:val="000000" w:themeColor="text1"/>
          <w:sz w:val="24"/>
          <w:szCs w:val="24"/>
          <w:shd w:val="clear" w:color="auto" w:fill="FFFFFF"/>
        </w:rPr>
        <w:t>che</w:t>
      </w:r>
      <w:proofErr w:type="spellEnd"/>
      <w:r w:rsidRPr="00F96287">
        <w:rPr>
          <w:rFonts w:ascii="Palatino Linotype" w:hAnsi="Palatino Linotype" w:cs="Arial"/>
          <w:color w:val="000000" w:themeColor="text1"/>
          <w:sz w:val="24"/>
          <w:szCs w:val="24"/>
          <w:shd w:val="clear" w:color="auto" w:fill="FFFFFF"/>
        </w:rPr>
        <w:t xml:space="preserve"> non è solo </w:t>
      </w:r>
      <w:proofErr w:type="spellStart"/>
      <w:r w:rsidRPr="00F96287">
        <w:rPr>
          <w:rFonts w:ascii="Palatino Linotype" w:hAnsi="Palatino Linotype" w:cs="Arial"/>
          <w:color w:val="000000" w:themeColor="text1"/>
          <w:sz w:val="24"/>
          <w:szCs w:val="24"/>
          <w:shd w:val="clear" w:color="auto" w:fill="FFFFFF"/>
        </w:rPr>
        <w:t>una</w:t>
      </w:r>
      <w:proofErr w:type="spellEnd"/>
      <w:r w:rsidRPr="00F96287">
        <w:rPr>
          <w:rFonts w:ascii="Palatino Linotype" w:hAnsi="Palatino Linotype" w:cs="Arial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F96287">
        <w:rPr>
          <w:rFonts w:ascii="Palatino Linotype" w:hAnsi="Palatino Linotype" w:cs="Arial"/>
          <w:color w:val="000000" w:themeColor="text1"/>
          <w:sz w:val="24"/>
          <w:szCs w:val="24"/>
          <w:shd w:val="clear" w:color="auto" w:fill="FFFFFF"/>
        </w:rPr>
        <w:t>mostra</w:t>
      </w:r>
      <w:proofErr w:type="spellEnd"/>
      <w:r w:rsidRPr="00F96287">
        <w:rPr>
          <w:rFonts w:ascii="Palatino Linotype" w:hAnsi="Palatino Linotype" w:cs="Arial"/>
          <w:color w:val="000000" w:themeColor="text1"/>
          <w:sz w:val="24"/>
          <w:szCs w:val="24"/>
          <w:shd w:val="clear" w:color="auto" w:fill="FFFFFF"/>
        </w:rPr>
        <w:t xml:space="preserve">, ma un </w:t>
      </w:r>
      <w:proofErr w:type="spellStart"/>
      <w:r w:rsidRPr="00F96287">
        <w:rPr>
          <w:rFonts w:ascii="Palatino Linotype" w:hAnsi="Palatino Linotype" w:cs="Arial"/>
          <w:color w:val="000000" w:themeColor="text1"/>
          <w:sz w:val="24"/>
          <w:szCs w:val="24"/>
          <w:shd w:val="clear" w:color="auto" w:fill="FFFFFF"/>
        </w:rPr>
        <w:t>dialogo</w:t>
      </w:r>
      <w:proofErr w:type="spellEnd"/>
      <w:r w:rsidRPr="00F96287">
        <w:rPr>
          <w:rFonts w:ascii="Palatino Linotype" w:hAnsi="Palatino Linotype" w:cs="Arial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F96287">
        <w:rPr>
          <w:rFonts w:ascii="Palatino Linotype" w:hAnsi="Palatino Linotype" w:cs="Arial"/>
          <w:color w:val="000000" w:themeColor="text1"/>
          <w:sz w:val="24"/>
          <w:szCs w:val="24"/>
          <w:shd w:val="clear" w:color="auto" w:fill="FFFFFF"/>
        </w:rPr>
        <w:t>costante</w:t>
      </w:r>
      <w:proofErr w:type="spellEnd"/>
      <w:r w:rsidRPr="00F96287">
        <w:rPr>
          <w:rFonts w:ascii="Palatino Linotype" w:hAnsi="Palatino Linotype" w:cs="Arial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F96287">
        <w:rPr>
          <w:rFonts w:ascii="Palatino Linotype" w:hAnsi="Palatino Linotype" w:cs="Arial"/>
          <w:color w:val="000000" w:themeColor="text1"/>
          <w:sz w:val="24"/>
          <w:szCs w:val="24"/>
          <w:shd w:val="clear" w:color="auto" w:fill="FFFFFF"/>
        </w:rPr>
        <w:t>tra</w:t>
      </w:r>
      <w:proofErr w:type="spellEnd"/>
      <w:r w:rsidRPr="00F96287">
        <w:rPr>
          <w:rFonts w:ascii="Palatino Linotype" w:hAnsi="Palatino Linotype" w:cs="Arial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F96287">
        <w:rPr>
          <w:rFonts w:ascii="Palatino Linotype" w:hAnsi="Palatino Linotype" w:cs="Arial"/>
          <w:color w:val="000000" w:themeColor="text1"/>
          <w:sz w:val="24"/>
          <w:szCs w:val="24"/>
          <w:shd w:val="clear" w:color="auto" w:fill="FFFFFF"/>
        </w:rPr>
        <w:t>collezionisti</w:t>
      </w:r>
      <w:proofErr w:type="spellEnd"/>
      <w:r w:rsidRPr="00F96287">
        <w:rPr>
          <w:rFonts w:ascii="Palatino Linotype" w:hAnsi="Palatino Linotype" w:cs="Arial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F96287">
        <w:rPr>
          <w:rFonts w:ascii="Palatino Linotype" w:hAnsi="Palatino Linotype" w:cs="Arial"/>
          <w:color w:val="000000" w:themeColor="text1"/>
          <w:sz w:val="24"/>
          <w:szCs w:val="24"/>
          <w:shd w:val="clear" w:color="auto" w:fill="FFFFFF"/>
        </w:rPr>
        <w:t>ed</w:t>
      </w:r>
      <w:proofErr w:type="spellEnd"/>
      <w:r w:rsidRPr="00F96287">
        <w:rPr>
          <w:rFonts w:ascii="Palatino Linotype" w:hAnsi="Palatino Linotype" w:cs="Arial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F96287">
        <w:rPr>
          <w:rFonts w:ascii="Palatino Linotype" w:hAnsi="Palatino Linotype" w:cs="Arial"/>
          <w:color w:val="000000" w:themeColor="text1"/>
          <w:sz w:val="24"/>
          <w:szCs w:val="24"/>
          <w:shd w:val="clear" w:color="auto" w:fill="FFFFFF"/>
        </w:rPr>
        <w:t>esperti</w:t>
      </w:r>
      <w:proofErr w:type="spellEnd"/>
      <w:r w:rsidRPr="00F96287">
        <w:rPr>
          <w:rFonts w:ascii="Palatino Linotype" w:hAnsi="Palatino Linotype" w:cs="Arial"/>
          <w:color w:val="000000" w:themeColor="text1"/>
          <w:sz w:val="24"/>
          <w:szCs w:val="24"/>
          <w:shd w:val="clear" w:color="auto" w:fill="FFFFFF"/>
        </w:rPr>
        <w:t xml:space="preserve">, un </w:t>
      </w:r>
      <w:proofErr w:type="spellStart"/>
      <w:r w:rsidRPr="00F96287">
        <w:rPr>
          <w:rFonts w:ascii="Palatino Linotype" w:hAnsi="Palatino Linotype" w:cs="Arial"/>
          <w:color w:val="000000" w:themeColor="text1"/>
          <w:sz w:val="24"/>
          <w:szCs w:val="24"/>
          <w:shd w:val="clear" w:color="auto" w:fill="FFFFFF"/>
        </w:rPr>
        <w:t>ponte</w:t>
      </w:r>
      <w:proofErr w:type="spellEnd"/>
      <w:r w:rsidRPr="00F96287">
        <w:rPr>
          <w:rFonts w:ascii="Palatino Linotype" w:hAnsi="Palatino Linotype" w:cs="Arial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F96287">
        <w:rPr>
          <w:rFonts w:ascii="Palatino Linotype" w:hAnsi="Palatino Linotype" w:cs="Arial"/>
          <w:color w:val="000000" w:themeColor="text1"/>
          <w:sz w:val="24"/>
          <w:szCs w:val="24"/>
          <w:shd w:val="clear" w:color="auto" w:fill="FFFFFF"/>
        </w:rPr>
        <w:t>tra</w:t>
      </w:r>
      <w:proofErr w:type="spellEnd"/>
      <w:r w:rsidRPr="00F96287">
        <w:rPr>
          <w:rFonts w:ascii="Palatino Linotype" w:hAnsi="Palatino Linotype" w:cs="Arial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F96287">
        <w:rPr>
          <w:rFonts w:ascii="Palatino Linotype" w:hAnsi="Palatino Linotype" w:cs="Arial"/>
          <w:color w:val="000000" w:themeColor="text1"/>
          <w:sz w:val="24"/>
          <w:szCs w:val="24"/>
          <w:shd w:val="clear" w:color="auto" w:fill="FFFFFF"/>
        </w:rPr>
        <w:t>passato</w:t>
      </w:r>
      <w:proofErr w:type="spellEnd"/>
      <w:r w:rsidRPr="00F96287">
        <w:rPr>
          <w:rFonts w:ascii="Palatino Linotype" w:hAnsi="Palatino Linotype" w:cs="Arial"/>
          <w:color w:val="000000" w:themeColor="text1"/>
          <w:sz w:val="24"/>
          <w:szCs w:val="24"/>
          <w:shd w:val="clear" w:color="auto" w:fill="FFFFFF"/>
        </w:rPr>
        <w:t xml:space="preserve"> e </w:t>
      </w:r>
      <w:proofErr w:type="spellStart"/>
      <w:r w:rsidRPr="00F96287">
        <w:rPr>
          <w:rFonts w:ascii="Palatino Linotype" w:hAnsi="Palatino Linotype" w:cs="Arial"/>
          <w:color w:val="000000" w:themeColor="text1"/>
          <w:sz w:val="24"/>
          <w:szCs w:val="24"/>
          <w:shd w:val="clear" w:color="auto" w:fill="FFFFFF"/>
        </w:rPr>
        <w:t>presente</w:t>
      </w:r>
      <w:proofErr w:type="spellEnd"/>
      <w:r w:rsidRPr="00F96287">
        <w:rPr>
          <w:rFonts w:ascii="Palatino Linotype" w:hAnsi="Palatino Linotype" w:cs="Arial"/>
          <w:color w:val="000000" w:themeColor="text1"/>
          <w:sz w:val="24"/>
          <w:szCs w:val="24"/>
          <w:shd w:val="clear" w:color="auto" w:fill="FFFFFF"/>
        </w:rPr>
        <w:t>.</w:t>
      </w:r>
      <w:r w:rsidR="00F7555F" w:rsidRPr="00F96287">
        <w:rPr>
          <w:rFonts w:ascii="Palatino Linotype" w:hAnsi="Palatino Linotype"/>
          <w:b/>
          <w:color w:val="000000" w:themeColor="text1"/>
          <w:sz w:val="24"/>
          <w:szCs w:val="24"/>
        </w:rPr>
        <w:t xml:space="preserve"> Cantore</w:t>
      </w:r>
      <w:r w:rsidR="0055121D" w:rsidRPr="00F96287">
        <w:rPr>
          <w:rFonts w:ascii="Palatino Linotype" w:hAnsi="Palatino Linotype"/>
          <w:color w:val="000000" w:themeColor="text1"/>
          <w:sz w:val="24"/>
          <w:szCs w:val="24"/>
        </w:rPr>
        <w:t xml:space="preserve"> </w:t>
      </w:r>
      <w:proofErr w:type="spellStart"/>
      <w:r w:rsidR="0055121D" w:rsidRPr="00F96287">
        <w:rPr>
          <w:rFonts w:ascii="Palatino Linotype" w:hAnsi="Palatino Linotype"/>
          <w:color w:val="000000" w:themeColor="text1"/>
          <w:sz w:val="24"/>
          <w:szCs w:val="24"/>
        </w:rPr>
        <w:t>sostiene</w:t>
      </w:r>
      <w:proofErr w:type="spellEnd"/>
      <w:r w:rsidR="0055121D" w:rsidRPr="00F96287">
        <w:rPr>
          <w:rFonts w:ascii="Palatino Linotype" w:hAnsi="Palatino Linotype"/>
          <w:color w:val="000000" w:themeColor="text1"/>
          <w:sz w:val="24"/>
          <w:szCs w:val="24"/>
        </w:rPr>
        <w:t xml:space="preserve"> </w:t>
      </w:r>
      <w:proofErr w:type="spellStart"/>
      <w:r w:rsidR="0055121D" w:rsidRPr="00F96287">
        <w:rPr>
          <w:rFonts w:ascii="Palatino Linotype" w:hAnsi="Palatino Linotype"/>
          <w:color w:val="000000" w:themeColor="text1"/>
          <w:sz w:val="24"/>
          <w:szCs w:val="24"/>
        </w:rPr>
        <w:t>infatti</w:t>
      </w:r>
      <w:proofErr w:type="spellEnd"/>
      <w:r w:rsidR="0055121D" w:rsidRPr="00F96287">
        <w:rPr>
          <w:rFonts w:ascii="Palatino Linotype" w:hAnsi="Palatino Linotype"/>
          <w:color w:val="000000" w:themeColor="text1"/>
          <w:sz w:val="24"/>
          <w:szCs w:val="24"/>
        </w:rPr>
        <w:t xml:space="preserve"> </w:t>
      </w:r>
      <w:proofErr w:type="spellStart"/>
      <w:r w:rsidR="0055121D" w:rsidRPr="00F96287">
        <w:rPr>
          <w:rFonts w:ascii="Palatino Linotype" w:hAnsi="Palatino Linotype"/>
          <w:color w:val="000000" w:themeColor="text1"/>
          <w:sz w:val="24"/>
          <w:szCs w:val="24"/>
        </w:rPr>
        <w:t>che</w:t>
      </w:r>
      <w:proofErr w:type="spellEnd"/>
      <w:r w:rsidR="0055121D" w:rsidRPr="00F96287">
        <w:rPr>
          <w:rFonts w:ascii="Palatino Linotype" w:hAnsi="Palatino Linotype"/>
          <w:color w:val="000000" w:themeColor="text1"/>
          <w:sz w:val="24"/>
          <w:szCs w:val="24"/>
        </w:rPr>
        <w:t xml:space="preserve"> “</w:t>
      </w:r>
      <w:proofErr w:type="spellStart"/>
      <w:r w:rsidR="0055121D" w:rsidRPr="00F96287">
        <w:rPr>
          <w:rFonts w:ascii="Palatino Linotype" w:hAnsi="Palatino Linotype"/>
          <w:i/>
          <w:iCs/>
          <w:color w:val="000000" w:themeColor="text1"/>
          <w:sz w:val="24"/>
          <w:szCs w:val="24"/>
        </w:rPr>
        <w:t>u</w:t>
      </w:r>
      <w:r w:rsidR="00F7555F" w:rsidRPr="00F96287">
        <w:rPr>
          <w:rFonts w:ascii="Palatino Linotype" w:hAnsi="Palatino Linotype"/>
          <w:i/>
          <w:iCs/>
          <w:color w:val="000000" w:themeColor="text1"/>
          <w:sz w:val="24"/>
          <w:szCs w:val="24"/>
        </w:rPr>
        <w:t>n’opera</w:t>
      </w:r>
      <w:proofErr w:type="spellEnd"/>
      <w:r w:rsidR="00F7555F" w:rsidRPr="00F96287">
        <w:rPr>
          <w:rFonts w:ascii="Palatino Linotype" w:hAnsi="Palatino Linotype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="00F7555F" w:rsidRPr="00F96287">
        <w:rPr>
          <w:rFonts w:ascii="Palatino Linotype" w:hAnsi="Palatino Linotype"/>
          <w:i/>
          <w:iCs/>
          <w:color w:val="000000" w:themeColor="text1"/>
          <w:sz w:val="24"/>
          <w:szCs w:val="24"/>
        </w:rPr>
        <w:t>d’arte</w:t>
      </w:r>
      <w:proofErr w:type="spellEnd"/>
      <w:r w:rsidR="00F7555F" w:rsidRPr="00F96287">
        <w:rPr>
          <w:rFonts w:ascii="Palatino Linotype" w:hAnsi="Palatino Linotype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="00F7555F" w:rsidRPr="00F96287">
        <w:rPr>
          <w:rFonts w:ascii="Palatino Linotype" w:hAnsi="Palatino Linotype"/>
          <w:i/>
          <w:iCs/>
          <w:color w:val="000000" w:themeColor="text1"/>
          <w:sz w:val="24"/>
          <w:szCs w:val="24"/>
        </w:rPr>
        <w:t>antica</w:t>
      </w:r>
      <w:proofErr w:type="spellEnd"/>
      <w:r w:rsidR="00F7555F" w:rsidRPr="00F96287">
        <w:rPr>
          <w:rFonts w:ascii="Palatino Linotype" w:hAnsi="Palatino Linotype"/>
          <w:i/>
          <w:iCs/>
          <w:color w:val="000000" w:themeColor="text1"/>
          <w:sz w:val="24"/>
          <w:szCs w:val="24"/>
        </w:rPr>
        <w:t xml:space="preserve"> non è un </w:t>
      </w:r>
      <w:proofErr w:type="spellStart"/>
      <w:r w:rsidR="00F7555F" w:rsidRPr="00F96287">
        <w:rPr>
          <w:rFonts w:ascii="Palatino Linotype" w:hAnsi="Palatino Linotype"/>
          <w:i/>
          <w:iCs/>
          <w:color w:val="000000" w:themeColor="text1"/>
          <w:sz w:val="24"/>
          <w:szCs w:val="24"/>
        </w:rPr>
        <w:t>semplice</w:t>
      </w:r>
      <w:proofErr w:type="spellEnd"/>
      <w:r w:rsidR="00F7555F" w:rsidRPr="00F96287">
        <w:rPr>
          <w:rFonts w:ascii="Palatino Linotype" w:hAnsi="Palatino Linotype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="00F7555F" w:rsidRPr="00F96287">
        <w:rPr>
          <w:rFonts w:ascii="Palatino Linotype" w:hAnsi="Palatino Linotype"/>
          <w:i/>
          <w:iCs/>
          <w:color w:val="000000" w:themeColor="text1"/>
          <w:sz w:val="24"/>
          <w:szCs w:val="24"/>
        </w:rPr>
        <w:t>oggetto</w:t>
      </w:r>
      <w:proofErr w:type="spellEnd"/>
      <w:r w:rsidR="00F7555F" w:rsidRPr="00F96287">
        <w:rPr>
          <w:rFonts w:ascii="Palatino Linotype" w:hAnsi="Palatino Linotype"/>
          <w:i/>
          <w:iCs/>
          <w:color w:val="000000" w:themeColor="text1"/>
          <w:sz w:val="24"/>
          <w:szCs w:val="24"/>
        </w:rPr>
        <w:t xml:space="preserve"> da </w:t>
      </w:r>
      <w:proofErr w:type="spellStart"/>
      <w:r w:rsidR="00F7555F" w:rsidRPr="00F96287">
        <w:rPr>
          <w:rFonts w:ascii="Palatino Linotype" w:hAnsi="Palatino Linotype"/>
          <w:i/>
          <w:iCs/>
          <w:color w:val="000000" w:themeColor="text1"/>
          <w:sz w:val="24"/>
          <w:szCs w:val="24"/>
        </w:rPr>
        <w:t>custodire</w:t>
      </w:r>
      <w:proofErr w:type="spellEnd"/>
      <w:r w:rsidR="00F7555F" w:rsidRPr="00F96287">
        <w:rPr>
          <w:rFonts w:ascii="Palatino Linotype" w:hAnsi="Palatino Linotype"/>
          <w:i/>
          <w:iCs/>
          <w:color w:val="000000" w:themeColor="text1"/>
          <w:sz w:val="24"/>
          <w:szCs w:val="24"/>
        </w:rPr>
        <w:t xml:space="preserve"> per </w:t>
      </w:r>
      <w:proofErr w:type="spellStart"/>
      <w:r w:rsidR="00F7555F" w:rsidRPr="00F96287">
        <w:rPr>
          <w:rFonts w:ascii="Palatino Linotype" w:hAnsi="Palatino Linotype"/>
          <w:i/>
          <w:iCs/>
          <w:color w:val="000000" w:themeColor="text1"/>
          <w:sz w:val="24"/>
          <w:szCs w:val="24"/>
        </w:rPr>
        <w:t>il</w:t>
      </w:r>
      <w:proofErr w:type="spellEnd"/>
      <w:r w:rsidR="00F7555F" w:rsidRPr="00F96287">
        <w:rPr>
          <w:rFonts w:ascii="Palatino Linotype" w:hAnsi="Palatino Linotype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="00F7555F" w:rsidRPr="00F96287">
        <w:rPr>
          <w:rFonts w:ascii="Palatino Linotype" w:hAnsi="Palatino Linotype"/>
          <w:i/>
          <w:iCs/>
          <w:color w:val="000000" w:themeColor="text1"/>
          <w:sz w:val="24"/>
          <w:szCs w:val="24"/>
        </w:rPr>
        <w:t>suo</w:t>
      </w:r>
      <w:proofErr w:type="spellEnd"/>
      <w:r w:rsidR="00F7555F" w:rsidRPr="00F96287">
        <w:rPr>
          <w:rFonts w:ascii="Palatino Linotype" w:hAnsi="Palatino Linotype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="00F7555F" w:rsidRPr="00F96287">
        <w:rPr>
          <w:rFonts w:ascii="Palatino Linotype" w:hAnsi="Palatino Linotype"/>
          <w:i/>
          <w:iCs/>
          <w:color w:val="000000" w:themeColor="text1"/>
          <w:sz w:val="24"/>
          <w:szCs w:val="24"/>
        </w:rPr>
        <w:t>valore</w:t>
      </w:r>
      <w:proofErr w:type="spellEnd"/>
      <w:r w:rsidR="00F7555F" w:rsidRPr="00F96287">
        <w:rPr>
          <w:rFonts w:ascii="Palatino Linotype" w:hAnsi="Palatino Linotype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="00F7555F" w:rsidRPr="00F96287">
        <w:rPr>
          <w:rFonts w:ascii="Palatino Linotype" w:hAnsi="Palatino Linotype"/>
          <w:i/>
          <w:iCs/>
          <w:color w:val="000000" w:themeColor="text1"/>
          <w:sz w:val="24"/>
          <w:szCs w:val="24"/>
        </w:rPr>
        <w:t>estetico</w:t>
      </w:r>
      <w:proofErr w:type="spellEnd"/>
      <w:r w:rsidR="00154A60" w:rsidRPr="00F96287">
        <w:rPr>
          <w:rFonts w:ascii="Palatino Linotype" w:hAnsi="Palatino Linotype"/>
          <w:i/>
          <w:iCs/>
          <w:color w:val="000000" w:themeColor="text1"/>
          <w:sz w:val="24"/>
          <w:szCs w:val="24"/>
        </w:rPr>
        <w:t>;</w:t>
      </w:r>
      <w:r w:rsidR="00F7555F" w:rsidRPr="00F96287">
        <w:rPr>
          <w:rFonts w:ascii="Palatino Linotype" w:hAnsi="Palatino Linotype"/>
          <w:i/>
          <w:iCs/>
          <w:color w:val="000000" w:themeColor="text1"/>
          <w:sz w:val="24"/>
          <w:szCs w:val="24"/>
        </w:rPr>
        <w:t xml:space="preserve"> porta con </w:t>
      </w:r>
      <w:proofErr w:type="spellStart"/>
      <w:r w:rsidR="00F7555F" w:rsidRPr="00F96287">
        <w:rPr>
          <w:rFonts w:ascii="Palatino Linotype" w:hAnsi="Palatino Linotype"/>
          <w:i/>
          <w:iCs/>
          <w:color w:val="000000" w:themeColor="text1"/>
          <w:sz w:val="24"/>
          <w:szCs w:val="24"/>
        </w:rPr>
        <w:t>sé</w:t>
      </w:r>
      <w:proofErr w:type="spellEnd"/>
      <w:r w:rsidR="00F7555F" w:rsidRPr="00F96287">
        <w:rPr>
          <w:rFonts w:ascii="Palatino Linotype" w:hAnsi="Palatino Linotype"/>
          <w:i/>
          <w:iCs/>
          <w:color w:val="000000" w:themeColor="text1"/>
          <w:sz w:val="24"/>
          <w:szCs w:val="24"/>
        </w:rPr>
        <w:t xml:space="preserve"> un </w:t>
      </w:r>
      <w:proofErr w:type="spellStart"/>
      <w:r w:rsidR="00F7555F" w:rsidRPr="00F96287">
        <w:rPr>
          <w:rFonts w:ascii="Palatino Linotype" w:hAnsi="Palatino Linotype"/>
          <w:i/>
          <w:iCs/>
          <w:color w:val="000000" w:themeColor="text1"/>
          <w:sz w:val="24"/>
          <w:szCs w:val="24"/>
        </w:rPr>
        <w:t>racconto</w:t>
      </w:r>
      <w:proofErr w:type="spellEnd"/>
      <w:r w:rsidR="00F7555F" w:rsidRPr="00F96287">
        <w:rPr>
          <w:rFonts w:ascii="Palatino Linotype" w:hAnsi="Palatino Linotype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="00F7555F" w:rsidRPr="00F96287">
        <w:rPr>
          <w:rFonts w:ascii="Palatino Linotype" w:hAnsi="Palatino Linotype"/>
          <w:i/>
          <w:iCs/>
          <w:color w:val="000000" w:themeColor="text1"/>
          <w:sz w:val="24"/>
          <w:szCs w:val="24"/>
        </w:rPr>
        <w:t>che</w:t>
      </w:r>
      <w:proofErr w:type="spellEnd"/>
      <w:r w:rsidR="00F7555F" w:rsidRPr="00F96287">
        <w:rPr>
          <w:rFonts w:ascii="Palatino Linotype" w:hAnsi="Palatino Linotype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="00F7555F" w:rsidRPr="00F96287">
        <w:rPr>
          <w:rFonts w:ascii="Palatino Linotype" w:hAnsi="Palatino Linotype"/>
          <w:i/>
          <w:iCs/>
          <w:color w:val="000000" w:themeColor="text1"/>
          <w:sz w:val="24"/>
          <w:szCs w:val="24"/>
        </w:rPr>
        <w:t>attraversa</w:t>
      </w:r>
      <w:proofErr w:type="spellEnd"/>
      <w:r w:rsidR="00F7555F" w:rsidRPr="00F96287">
        <w:rPr>
          <w:rFonts w:ascii="Palatino Linotype" w:hAnsi="Palatino Linotype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="00F7555F" w:rsidRPr="00F96287">
        <w:rPr>
          <w:rFonts w:ascii="Palatino Linotype" w:hAnsi="Palatino Linotype"/>
          <w:i/>
          <w:iCs/>
          <w:color w:val="000000" w:themeColor="text1"/>
          <w:sz w:val="24"/>
          <w:szCs w:val="24"/>
        </w:rPr>
        <w:t>i</w:t>
      </w:r>
      <w:proofErr w:type="spellEnd"/>
      <w:r w:rsidR="00F7555F" w:rsidRPr="00F96287">
        <w:rPr>
          <w:rFonts w:ascii="Palatino Linotype" w:hAnsi="Palatino Linotype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="00F7555F" w:rsidRPr="00F96287">
        <w:rPr>
          <w:rFonts w:ascii="Palatino Linotype" w:hAnsi="Palatino Linotype"/>
          <w:i/>
          <w:iCs/>
          <w:color w:val="000000" w:themeColor="text1"/>
          <w:sz w:val="24"/>
          <w:szCs w:val="24"/>
        </w:rPr>
        <w:t>secoli</w:t>
      </w:r>
      <w:proofErr w:type="spellEnd"/>
      <w:r w:rsidR="00F7555F" w:rsidRPr="00F96287">
        <w:rPr>
          <w:rFonts w:ascii="Palatino Linotype" w:hAnsi="Palatino Linotype"/>
          <w:i/>
          <w:iCs/>
          <w:color w:val="000000" w:themeColor="text1"/>
          <w:sz w:val="24"/>
          <w:szCs w:val="24"/>
        </w:rPr>
        <w:t xml:space="preserve"> e continua a </w:t>
      </w:r>
      <w:proofErr w:type="spellStart"/>
      <w:r w:rsidR="00F7555F" w:rsidRPr="00F96287">
        <w:rPr>
          <w:rFonts w:ascii="Palatino Linotype" w:hAnsi="Palatino Linotype"/>
          <w:i/>
          <w:iCs/>
          <w:color w:val="000000" w:themeColor="text1"/>
          <w:sz w:val="24"/>
          <w:szCs w:val="24"/>
        </w:rPr>
        <w:t>sorprendere</w:t>
      </w:r>
      <w:proofErr w:type="spellEnd"/>
      <w:r w:rsidR="00F7555F" w:rsidRPr="00F96287">
        <w:rPr>
          <w:rFonts w:ascii="Palatino Linotype" w:hAnsi="Palatino Linotype"/>
          <w:i/>
          <w:iCs/>
          <w:color w:val="000000" w:themeColor="text1"/>
          <w:sz w:val="24"/>
          <w:szCs w:val="24"/>
        </w:rPr>
        <w:t xml:space="preserve"> chi la </w:t>
      </w:r>
      <w:proofErr w:type="spellStart"/>
      <w:r w:rsidR="00F7555F" w:rsidRPr="00F96287">
        <w:rPr>
          <w:rFonts w:ascii="Palatino Linotype" w:hAnsi="Palatino Linotype"/>
          <w:i/>
          <w:iCs/>
          <w:color w:val="000000" w:themeColor="text1"/>
          <w:sz w:val="24"/>
          <w:szCs w:val="24"/>
        </w:rPr>
        <w:t>osserva</w:t>
      </w:r>
      <w:proofErr w:type="spellEnd"/>
      <w:r w:rsidR="00F7555F" w:rsidRPr="00F96287">
        <w:rPr>
          <w:rFonts w:ascii="Palatino Linotype" w:hAnsi="Palatino Linotype"/>
          <w:i/>
          <w:iCs/>
          <w:color w:val="000000" w:themeColor="text1"/>
          <w:sz w:val="24"/>
          <w:szCs w:val="24"/>
        </w:rPr>
        <w:t xml:space="preserve">. È </w:t>
      </w:r>
      <w:proofErr w:type="spellStart"/>
      <w:r w:rsidR="00F7555F" w:rsidRPr="00F96287">
        <w:rPr>
          <w:rFonts w:ascii="Palatino Linotype" w:hAnsi="Palatino Linotype"/>
          <w:i/>
          <w:iCs/>
          <w:color w:val="000000" w:themeColor="text1"/>
          <w:sz w:val="24"/>
          <w:szCs w:val="24"/>
        </w:rPr>
        <w:t>doveroso</w:t>
      </w:r>
      <w:proofErr w:type="spellEnd"/>
      <w:r w:rsidR="00F7555F" w:rsidRPr="00F96287">
        <w:rPr>
          <w:rFonts w:ascii="Palatino Linotype" w:hAnsi="Palatino Linotype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="00F7555F" w:rsidRPr="00F96287">
        <w:rPr>
          <w:rFonts w:ascii="Palatino Linotype" w:hAnsi="Palatino Linotype"/>
          <w:i/>
          <w:iCs/>
          <w:color w:val="000000" w:themeColor="text1"/>
          <w:sz w:val="24"/>
          <w:szCs w:val="24"/>
        </w:rPr>
        <w:t>salvaguardare</w:t>
      </w:r>
      <w:proofErr w:type="spellEnd"/>
      <w:r w:rsidR="00F7555F" w:rsidRPr="00F96287">
        <w:rPr>
          <w:rFonts w:ascii="Palatino Linotype" w:hAnsi="Palatino Linotype"/>
          <w:i/>
          <w:iCs/>
          <w:color w:val="000000" w:themeColor="text1"/>
          <w:sz w:val="24"/>
          <w:szCs w:val="24"/>
        </w:rPr>
        <w:t xml:space="preserve"> le </w:t>
      </w:r>
      <w:proofErr w:type="spellStart"/>
      <w:r w:rsidR="00F7555F" w:rsidRPr="00F96287">
        <w:rPr>
          <w:rFonts w:ascii="Palatino Linotype" w:hAnsi="Palatino Linotype"/>
          <w:i/>
          <w:iCs/>
          <w:color w:val="000000" w:themeColor="text1"/>
          <w:sz w:val="24"/>
          <w:szCs w:val="24"/>
        </w:rPr>
        <w:t>opere</w:t>
      </w:r>
      <w:proofErr w:type="spellEnd"/>
      <w:r w:rsidR="00F7555F" w:rsidRPr="00F96287">
        <w:rPr>
          <w:rFonts w:ascii="Palatino Linotype" w:hAnsi="Palatino Linotype"/>
          <w:i/>
          <w:iCs/>
          <w:color w:val="000000" w:themeColor="text1"/>
          <w:sz w:val="24"/>
          <w:szCs w:val="24"/>
        </w:rPr>
        <w:t xml:space="preserve"> per </w:t>
      </w:r>
      <w:proofErr w:type="spellStart"/>
      <w:r w:rsidR="00F7555F" w:rsidRPr="00F96287">
        <w:rPr>
          <w:rFonts w:ascii="Palatino Linotype" w:hAnsi="Palatino Linotype"/>
          <w:i/>
          <w:iCs/>
          <w:color w:val="000000" w:themeColor="text1"/>
          <w:sz w:val="24"/>
          <w:szCs w:val="24"/>
        </w:rPr>
        <w:t>tramandarle</w:t>
      </w:r>
      <w:proofErr w:type="spellEnd"/>
      <w:r w:rsidR="00F7555F" w:rsidRPr="00F96287">
        <w:rPr>
          <w:rFonts w:ascii="Palatino Linotype" w:hAnsi="Palatino Linotype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="00F7555F" w:rsidRPr="00F96287">
        <w:rPr>
          <w:rFonts w:ascii="Palatino Linotype" w:hAnsi="Palatino Linotype"/>
          <w:i/>
          <w:iCs/>
          <w:color w:val="000000" w:themeColor="text1"/>
          <w:sz w:val="24"/>
          <w:szCs w:val="24"/>
        </w:rPr>
        <w:t>alle</w:t>
      </w:r>
      <w:proofErr w:type="spellEnd"/>
      <w:r w:rsidR="00F7555F" w:rsidRPr="00F96287">
        <w:rPr>
          <w:rFonts w:ascii="Palatino Linotype" w:hAnsi="Palatino Linotype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="00F7555F" w:rsidRPr="00F96287">
        <w:rPr>
          <w:rFonts w:ascii="Palatino Linotype" w:hAnsi="Palatino Linotype"/>
          <w:i/>
          <w:iCs/>
          <w:color w:val="000000" w:themeColor="text1"/>
          <w:sz w:val="24"/>
          <w:szCs w:val="24"/>
        </w:rPr>
        <w:t>generazioni</w:t>
      </w:r>
      <w:proofErr w:type="spellEnd"/>
      <w:r w:rsidR="00F7555F" w:rsidRPr="00F96287">
        <w:rPr>
          <w:rFonts w:ascii="Palatino Linotype" w:hAnsi="Palatino Linotype"/>
          <w:i/>
          <w:iCs/>
          <w:color w:val="000000" w:themeColor="text1"/>
          <w:sz w:val="24"/>
          <w:szCs w:val="24"/>
        </w:rPr>
        <w:t xml:space="preserve"> future: in </w:t>
      </w:r>
      <w:proofErr w:type="spellStart"/>
      <w:r w:rsidR="00F7555F" w:rsidRPr="00F96287">
        <w:rPr>
          <w:rFonts w:ascii="Palatino Linotype" w:hAnsi="Palatino Linotype"/>
          <w:i/>
          <w:iCs/>
          <w:color w:val="000000" w:themeColor="text1"/>
          <w:sz w:val="24"/>
          <w:szCs w:val="24"/>
        </w:rPr>
        <w:t>questo</w:t>
      </w:r>
      <w:proofErr w:type="spellEnd"/>
      <w:r w:rsidR="00A1005C" w:rsidRPr="00F96287">
        <w:rPr>
          <w:rFonts w:ascii="Palatino Linotype" w:hAnsi="Palatino Linotype"/>
          <w:i/>
          <w:iCs/>
          <w:color w:val="000000" w:themeColor="text1"/>
          <w:sz w:val="24"/>
          <w:szCs w:val="24"/>
        </w:rPr>
        <w:t>,</w:t>
      </w:r>
      <w:r w:rsidR="00F7555F" w:rsidRPr="00F96287">
        <w:rPr>
          <w:rFonts w:ascii="Palatino Linotype" w:hAnsi="Palatino Linotype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="00F7555F" w:rsidRPr="00F96287">
        <w:rPr>
          <w:rFonts w:ascii="Palatino Linotype" w:hAnsi="Palatino Linotype"/>
          <w:i/>
          <w:iCs/>
          <w:color w:val="000000" w:themeColor="text1"/>
          <w:sz w:val="24"/>
          <w:szCs w:val="24"/>
        </w:rPr>
        <w:t>il</w:t>
      </w:r>
      <w:proofErr w:type="spellEnd"/>
      <w:r w:rsidR="00F7555F" w:rsidRPr="00F96287">
        <w:rPr>
          <w:rFonts w:ascii="Palatino Linotype" w:hAnsi="Palatino Linotype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="00F7555F" w:rsidRPr="00F96287">
        <w:rPr>
          <w:rFonts w:ascii="Palatino Linotype" w:hAnsi="Palatino Linotype"/>
          <w:i/>
          <w:iCs/>
          <w:color w:val="000000" w:themeColor="text1"/>
          <w:sz w:val="24"/>
          <w:szCs w:val="24"/>
        </w:rPr>
        <w:t>mercato</w:t>
      </w:r>
      <w:proofErr w:type="spellEnd"/>
      <w:r w:rsidR="00F7555F" w:rsidRPr="00F96287">
        <w:rPr>
          <w:rFonts w:ascii="Palatino Linotype" w:hAnsi="Palatino Linotype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="00F7555F" w:rsidRPr="00F96287">
        <w:rPr>
          <w:rFonts w:ascii="Palatino Linotype" w:hAnsi="Palatino Linotype"/>
          <w:i/>
          <w:iCs/>
          <w:color w:val="000000" w:themeColor="text1"/>
          <w:sz w:val="24"/>
          <w:szCs w:val="24"/>
        </w:rPr>
        <w:t>dell’arte</w:t>
      </w:r>
      <w:proofErr w:type="spellEnd"/>
      <w:r w:rsidR="00F7555F" w:rsidRPr="00F96287">
        <w:rPr>
          <w:rFonts w:ascii="Palatino Linotype" w:hAnsi="Palatino Linotype"/>
          <w:i/>
          <w:iCs/>
          <w:color w:val="000000" w:themeColor="text1"/>
          <w:sz w:val="24"/>
          <w:szCs w:val="24"/>
        </w:rPr>
        <w:t xml:space="preserve"> ha un </w:t>
      </w:r>
      <w:proofErr w:type="spellStart"/>
      <w:r w:rsidR="00F7555F" w:rsidRPr="00F96287">
        <w:rPr>
          <w:rFonts w:ascii="Palatino Linotype" w:hAnsi="Palatino Linotype"/>
          <w:i/>
          <w:iCs/>
          <w:color w:val="000000" w:themeColor="text1"/>
          <w:sz w:val="24"/>
          <w:szCs w:val="24"/>
        </w:rPr>
        <w:t>ruolo</w:t>
      </w:r>
      <w:proofErr w:type="spellEnd"/>
      <w:r w:rsidR="00F7555F" w:rsidRPr="00F96287">
        <w:rPr>
          <w:rFonts w:ascii="Palatino Linotype" w:hAnsi="Palatino Linotype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="00F7555F" w:rsidRPr="00F96287">
        <w:rPr>
          <w:rFonts w:ascii="Palatino Linotype" w:hAnsi="Palatino Linotype"/>
          <w:i/>
          <w:iCs/>
          <w:color w:val="000000" w:themeColor="text1"/>
          <w:sz w:val="24"/>
          <w:szCs w:val="24"/>
        </w:rPr>
        <w:t>fondamentale</w:t>
      </w:r>
      <w:proofErr w:type="spellEnd"/>
      <w:r w:rsidR="00F7555F" w:rsidRPr="00F96287">
        <w:rPr>
          <w:rFonts w:ascii="Palatino Linotype" w:hAnsi="Palatino Linotype"/>
          <w:color w:val="000000" w:themeColor="text1"/>
          <w:sz w:val="24"/>
          <w:szCs w:val="24"/>
        </w:rPr>
        <w:t>.</w:t>
      </w:r>
      <w:r w:rsidR="0055121D" w:rsidRPr="00F96287">
        <w:rPr>
          <w:rFonts w:ascii="Palatino Linotype" w:hAnsi="Palatino Linotype"/>
          <w:color w:val="000000" w:themeColor="text1"/>
          <w:sz w:val="24"/>
          <w:szCs w:val="24"/>
        </w:rPr>
        <w:t xml:space="preserve">”. </w:t>
      </w:r>
    </w:p>
    <w:p w14:paraId="00E75D3D" w14:textId="670296D1" w:rsidR="00517E8C" w:rsidRPr="00F96287" w:rsidRDefault="00517E8C" w:rsidP="00517E8C">
      <w:pPr>
        <w:spacing w:after="0"/>
        <w:jc w:val="both"/>
        <w:rPr>
          <w:rFonts w:ascii="Palatino Linotype" w:hAnsi="Palatino Linotype"/>
          <w:color w:val="000000" w:themeColor="text1"/>
          <w:sz w:val="24"/>
          <w:szCs w:val="24"/>
          <w:lang w:val="it-IT"/>
        </w:rPr>
      </w:pPr>
      <w:r w:rsidRPr="00B01E91">
        <w:rPr>
          <w:rFonts w:ascii="Palatino Linotype" w:hAnsi="Palatino Linotype"/>
          <w:bCs/>
          <w:color w:val="000000" w:themeColor="text1"/>
          <w:sz w:val="24"/>
          <w:szCs w:val="24"/>
          <w:lang w:val="it-IT"/>
        </w:rPr>
        <w:t xml:space="preserve">La forza di </w:t>
      </w:r>
      <w:proofErr w:type="spellStart"/>
      <w:r w:rsidRPr="00B01E91">
        <w:rPr>
          <w:rFonts w:ascii="Palatino Linotype" w:hAnsi="Palatino Linotype"/>
          <w:bCs/>
          <w:color w:val="000000" w:themeColor="text1"/>
          <w:sz w:val="24"/>
          <w:szCs w:val="24"/>
          <w:lang w:val="it-IT"/>
        </w:rPr>
        <w:t>Modenantiquaria</w:t>
      </w:r>
      <w:proofErr w:type="spellEnd"/>
      <w:r w:rsidR="004D5560" w:rsidRPr="00B01E91">
        <w:rPr>
          <w:rFonts w:ascii="Palatino Linotype" w:hAnsi="Palatino Linotype"/>
          <w:bCs/>
          <w:color w:val="000000" w:themeColor="text1"/>
          <w:sz w:val="24"/>
          <w:szCs w:val="24"/>
          <w:lang w:val="it-IT"/>
        </w:rPr>
        <w:t>, la cui</w:t>
      </w:r>
      <w:r w:rsidRPr="00B01E91">
        <w:rPr>
          <w:rFonts w:ascii="Palatino Linotype" w:hAnsi="Palatino Linotype"/>
          <w:bCs/>
          <w:color w:val="000000" w:themeColor="text1"/>
          <w:sz w:val="24"/>
          <w:szCs w:val="24"/>
          <w:lang w:val="it-IT"/>
        </w:rPr>
        <w:t xml:space="preserve"> </w:t>
      </w:r>
      <w:r w:rsidR="004D5560" w:rsidRPr="00B01E91">
        <w:rPr>
          <w:rFonts w:ascii="Palatino Linotype" w:hAnsi="Palatino Linotype"/>
          <w:bCs/>
          <w:iCs/>
          <w:color w:val="000000" w:themeColor="text1"/>
          <w:sz w:val="24"/>
          <w:szCs w:val="24"/>
          <w:lang w:val="it-IT"/>
        </w:rPr>
        <w:t>immagine iconica</w:t>
      </w:r>
      <w:r w:rsidR="004D5560" w:rsidRPr="00F96287">
        <w:rPr>
          <w:rFonts w:ascii="Palatino Linotype" w:hAnsi="Palatino Linotype"/>
          <w:b/>
          <w:bCs/>
          <w:iCs/>
          <w:color w:val="000000" w:themeColor="text1"/>
          <w:sz w:val="24"/>
          <w:szCs w:val="24"/>
          <w:lang w:val="it-IT"/>
        </w:rPr>
        <w:t xml:space="preserve"> </w:t>
      </w:r>
      <w:r w:rsidR="004D5560" w:rsidRPr="00F96287">
        <w:rPr>
          <w:rFonts w:ascii="Palatino Linotype" w:hAnsi="Palatino Linotype"/>
          <w:bCs/>
          <w:iCs/>
          <w:color w:val="000000" w:themeColor="text1"/>
          <w:sz w:val="24"/>
          <w:szCs w:val="24"/>
          <w:lang w:val="it-IT"/>
        </w:rPr>
        <w:t>sarà</w:t>
      </w:r>
      <w:r w:rsidR="00265E78" w:rsidRPr="00F96287">
        <w:rPr>
          <w:rFonts w:ascii="Palatino Linotype" w:hAnsi="Palatino Linotype"/>
          <w:bCs/>
          <w:iCs/>
          <w:color w:val="000000" w:themeColor="text1"/>
          <w:sz w:val="24"/>
          <w:szCs w:val="24"/>
          <w:lang w:val="it-IT"/>
        </w:rPr>
        <w:t>,</w:t>
      </w:r>
      <w:r w:rsidR="004D5560" w:rsidRPr="00F96287">
        <w:rPr>
          <w:rFonts w:ascii="Palatino Linotype" w:hAnsi="Palatino Linotype"/>
          <w:bCs/>
          <w:iCs/>
          <w:color w:val="000000" w:themeColor="text1"/>
          <w:sz w:val="24"/>
          <w:szCs w:val="24"/>
          <w:lang w:val="it-IT"/>
        </w:rPr>
        <w:t xml:space="preserve"> anche nell’edizione 202</w:t>
      </w:r>
      <w:r w:rsidR="00215DD8" w:rsidRPr="00F96287">
        <w:rPr>
          <w:rFonts w:ascii="Palatino Linotype" w:hAnsi="Palatino Linotype"/>
          <w:bCs/>
          <w:iCs/>
          <w:color w:val="000000" w:themeColor="text1"/>
          <w:sz w:val="24"/>
          <w:szCs w:val="24"/>
          <w:lang w:val="it-IT"/>
        </w:rPr>
        <w:t>7</w:t>
      </w:r>
      <w:r w:rsidR="004D5560" w:rsidRPr="00F96287">
        <w:rPr>
          <w:rFonts w:ascii="Palatino Linotype" w:hAnsi="Palatino Linotype"/>
          <w:bCs/>
          <w:iCs/>
          <w:color w:val="000000" w:themeColor="text1"/>
          <w:sz w:val="24"/>
          <w:szCs w:val="24"/>
          <w:lang w:val="it-IT"/>
        </w:rPr>
        <w:t>,</w:t>
      </w:r>
      <w:r w:rsidR="004D5560" w:rsidRPr="00F96287">
        <w:rPr>
          <w:rFonts w:ascii="Palatino Linotype" w:hAnsi="Palatino Linotype"/>
          <w:b/>
          <w:bCs/>
          <w:iCs/>
          <w:color w:val="000000" w:themeColor="text1"/>
          <w:sz w:val="24"/>
          <w:szCs w:val="24"/>
          <w:lang w:val="it-IT"/>
        </w:rPr>
        <w:t xml:space="preserve"> il busto di Francesco I d’Este di Gianlorenzo Bernini</w:t>
      </w:r>
      <w:r w:rsidR="004D5560" w:rsidRPr="00F96287">
        <w:rPr>
          <w:rFonts w:ascii="Palatino Linotype" w:hAnsi="Palatino Linotype"/>
          <w:color w:val="000000" w:themeColor="text1"/>
          <w:sz w:val="24"/>
          <w:szCs w:val="24"/>
          <w:lang w:val="it-IT"/>
        </w:rPr>
        <w:t xml:space="preserve"> - una delle sculture barocche più celebri al mondo, conservata presso la Galleria Estense di Modena - </w:t>
      </w:r>
      <w:bookmarkStart w:id="0" w:name="_GoBack"/>
      <w:r w:rsidRPr="00B01E91">
        <w:rPr>
          <w:rFonts w:ascii="Palatino Linotype" w:hAnsi="Palatino Linotype"/>
          <w:bCs/>
          <w:color w:val="000000" w:themeColor="text1"/>
          <w:sz w:val="24"/>
          <w:szCs w:val="24"/>
          <w:lang w:val="it-IT"/>
        </w:rPr>
        <w:t>sta nella qualità delle opere selezionate dagli antiquari</w:t>
      </w:r>
      <w:r w:rsidR="00E666B6" w:rsidRPr="00B01E91">
        <w:rPr>
          <w:rFonts w:ascii="Palatino Linotype" w:hAnsi="Palatino Linotype"/>
          <w:color w:val="000000" w:themeColor="text1"/>
          <w:sz w:val="24"/>
          <w:szCs w:val="24"/>
          <w:lang w:val="it-IT"/>
        </w:rPr>
        <w:t>,</w:t>
      </w:r>
      <w:r w:rsidR="00E666B6" w:rsidRPr="00F96287">
        <w:rPr>
          <w:rFonts w:ascii="Palatino Linotype" w:hAnsi="Palatino Linotype"/>
          <w:color w:val="000000" w:themeColor="text1"/>
          <w:sz w:val="24"/>
          <w:szCs w:val="24"/>
          <w:lang w:val="it-IT"/>
        </w:rPr>
        <w:t xml:space="preserve"> </w:t>
      </w:r>
      <w:bookmarkEnd w:id="0"/>
      <w:r w:rsidRPr="00F96287">
        <w:rPr>
          <w:rFonts w:ascii="Palatino Linotype" w:hAnsi="Palatino Linotype"/>
          <w:color w:val="000000" w:themeColor="text1"/>
          <w:sz w:val="24"/>
          <w:szCs w:val="24"/>
          <w:lang w:val="it-IT"/>
        </w:rPr>
        <w:t>che preparano e attendono questo evento da un anno all’altro, mettendo da parte per l’occasione i loro highlights.</w:t>
      </w:r>
    </w:p>
    <w:p w14:paraId="1B1CEC66" w14:textId="3FA5C4AC" w:rsidR="00215DD8" w:rsidRPr="00F96287" w:rsidRDefault="00215DD8" w:rsidP="00517E8C">
      <w:pPr>
        <w:spacing w:after="0"/>
        <w:jc w:val="both"/>
        <w:rPr>
          <w:rFonts w:ascii="Palatino Linotype" w:hAnsi="Palatino Linotype"/>
          <w:color w:val="000000" w:themeColor="text1"/>
          <w:sz w:val="24"/>
          <w:szCs w:val="24"/>
          <w:lang w:val="it-IT"/>
        </w:rPr>
      </w:pPr>
    </w:p>
    <w:p w14:paraId="35DF6439" w14:textId="5180ED1E" w:rsidR="00CB57CD" w:rsidRPr="00F96287" w:rsidRDefault="00F96287" w:rsidP="0034783F">
      <w:pPr>
        <w:spacing w:after="0"/>
        <w:jc w:val="both"/>
        <w:rPr>
          <w:rFonts w:ascii="Palatino Linotype" w:hAnsi="Palatino Linotype" w:cs="Arial"/>
          <w:color w:val="000000" w:themeColor="text1"/>
          <w:sz w:val="24"/>
          <w:szCs w:val="24"/>
          <w:shd w:val="clear" w:color="auto" w:fill="FFFFFF"/>
        </w:rPr>
      </w:pPr>
      <w:proofErr w:type="spellStart"/>
      <w:r w:rsidRPr="00F96287">
        <w:rPr>
          <w:rFonts w:ascii="Palatino Linotype" w:hAnsi="Palatino Linotype" w:cs="Arial"/>
          <w:color w:val="000000" w:themeColor="text1"/>
          <w:sz w:val="24"/>
          <w:szCs w:val="24"/>
          <w:shd w:val="clear" w:color="auto" w:fill="FFFFFF"/>
        </w:rPr>
        <w:t>Anche</w:t>
      </w:r>
      <w:proofErr w:type="spellEnd"/>
      <w:r w:rsidRPr="00F96287">
        <w:rPr>
          <w:rFonts w:ascii="Palatino Linotype" w:hAnsi="Palatino Linotype" w:cs="Arial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F96287">
        <w:rPr>
          <w:rFonts w:ascii="Palatino Linotype" w:hAnsi="Palatino Linotype" w:cs="Arial"/>
          <w:color w:val="000000" w:themeColor="text1"/>
          <w:sz w:val="24"/>
          <w:szCs w:val="24"/>
          <w:shd w:val="clear" w:color="auto" w:fill="FFFFFF"/>
        </w:rPr>
        <w:t>l’edizione</w:t>
      </w:r>
      <w:proofErr w:type="spellEnd"/>
      <w:r w:rsidRPr="00F96287">
        <w:rPr>
          <w:rFonts w:ascii="Palatino Linotype" w:hAnsi="Palatino Linotype" w:cs="Arial"/>
          <w:color w:val="000000" w:themeColor="text1"/>
          <w:sz w:val="24"/>
          <w:szCs w:val="24"/>
          <w:shd w:val="clear" w:color="auto" w:fill="FFFFFF"/>
        </w:rPr>
        <w:t xml:space="preserve"> 2027 </w:t>
      </w:r>
      <w:proofErr w:type="spellStart"/>
      <w:r w:rsidRPr="00F96287">
        <w:rPr>
          <w:rFonts w:ascii="Palatino Linotype" w:hAnsi="Palatino Linotype" w:cs="Arial"/>
          <w:color w:val="000000" w:themeColor="text1"/>
          <w:sz w:val="24"/>
          <w:szCs w:val="24"/>
          <w:shd w:val="clear" w:color="auto" w:fill="FFFFFF"/>
        </w:rPr>
        <w:t>vedrà</w:t>
      </w:r>
      <w:proofErr w:type="spellEnd"/>
      <w:r w:rsidRPr="00F96287">
        <w:rPr>
          <w:rFonts w:ascii="Palatino Linotype" w:hAnsi="Palatino Linotype" w:cs="Arial"/>
          <w:color w:val="000000" w:themeColor="text1"/>
          <w:sz w:val="24"/>
          <w:szCs w:val="24"/>
          <w:shd w:val="clear" w:color="auto" w:fill="FFFFFF"/>
        </w:rPr>
        <w:t xml:space="preserve"> la </w:t>
      </w:r>
      <w:proofErr w:type="spellStart"/>
      <w:r w:rsidRPr="00F96287">
        <w:rPr>
          <w:rFonts w:ascii="Palatino Linotype" w:hAnsi="Palatino Linotype" w:cs="Arial"/>
          <w:color w:val="000000" w:themeColor="text1"/>
          <w:sz w:val="24"/>
          <w:szCs w:val="24"/>
          <w:shd w:val="clear" w:color="auto" w:fill="FFFFFF"/>
        </w:rPr>
        <w:t>presenza</w:t>
      </w:r>
      <w:proofErr w:type="spellEnd"/>
      <w:r w:rsidRPr="00F96287">
        <w:rPr>
          <w:rFonts w:ascii="Palatino Linotype" w:hAnsi="Palatino Linotype" w:cs="Arial"/>
          <w:color w:val="000000" w:themeColor="text1"/>
          <w:sz w:val="24"/>
          <w:szCs w:val="24"/>
          <w:shd w:val="clear" w:color="auto" w:fill="FFFFFF"/>
        </w:rPr>
        <w:t xml:space="preserve"> di </w:t>
      </w:r>
      <w:proofErr w:type="spellStart"/>
      <w:r w:rsidRPr="00F96287">
        <w:rPr>
          <w:rFonts w:ascii="Palatino Linotype" w:hAnsi="Palatino Linotype" w:cs="Arial"/>
          <w:color w:val="000000" w:themeColor="text1"/>
          <w:sz w:val="24"/>
          <w:szCs w:val="24"/>
          <w:shd w:val="clear" w:color="auto" w:fill="FFFFFF"/>
        </w:rPr>
        <w:t>importanti</w:t>
      </w:r>
      <w:proofErr w:type="spellEnd"/>
      <w:r w:rsidRPr="00F96287">
        <w:rPr>
          <w:rFonts w:ascii="Palatino Linotype" w:hAnsi="Palatino Linotype" w:cs="Arial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F96287">
        <w:rPr>
          <w:rFonts w:ascii="Palatino Linotype" w:hAnsi="Palatino Linotype" w:cs="Arial"/>
          <w:color w:val="000000" w:themeColor="text1"/>
          <w:sz w:val="24"/>
          <w:szCs w:val="24"/>
          <w:shd w:val="clear" w:color="auto" w:fill="FFFFFF"/>
        </w:rPr>
        <w:t>gallerie</w:t>
      </w:r>
      <w:proofErr w:type="spellEnd"/>
      <w:r w:rsidRPr="00F96287">
        <w:rPr>
          <w:rFonts w:ascii="Palatino Linotype" w:hAnsi="Palatino Linotype" w:cs="Arial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F96287">
        <w:rPr>
          <w:rFonts w:ascii="Palatino Linotype" w:hAnsi="Palatino Linotype" w:cs="Arial"/>
          <w:color w:val="000000" w:themeColor="text1"/>
          <w:sz w:val="24"/>
          <w:szCs w:val="24"/>
          <w:shd w:val="clear" w:color="auto" w:fill="FFFFFF"/>
        </w:rPr>
        <w:t>italiane</w:t>
      </w:r>
      <w:proofErr w:type="spellEnd"/>
      <w:r w:rsidRPr="00F96287">
        <w:rPr>
          <w:rFonts w:ascii="Palatino Linotype" w:hAnsi="Palatino Linotype" w:cs="Arial"/>
          <w:color w:val="000000" w:themeColor="text1"/>
          <w:sz w:val="24"/>
          <w:szCs w:val="24"/>
          <w:shd w:val="clear" w:color="auto" w:fill="FFFFFF"/>
        </w:rPr>
        <w:t xml:space="preserve"> e </w:t>
      </w:r>
      <w:proofErr w:type="spellStart"/>
      <w:r w:rsidRPr="00F96287">
        <w:rPr>
          <w:rFonts w:ascii="Palatino Linotype" w:hAnsi="Palatino Linotype" w:cs="Arial"/>
          <w:color w:val="000000" w:themeColor="text1"/>
          <w:sz w:val="24"/>
          <w:szCs w:val="24"/>
          <w:shd w:val="clear" w:color="auto" w:fill="FFFFFF"/>
        </w:rPr>
        <w:t>internazionali</w:t>
      </w:r>
      <w:proofErr w:type="spellEnd"/>
      <w:r w:rsidRPr="00F96287">
        <w:rPr>
          <w:rFonts w:ascii="Palatino Linotype" w:hAnsi="Palatino Linotype" w:cs="Arial"/>
          <w:color w:val="000000" w:themeColor="text1"/>
          <w:sz w:val="24"/>
          <w:szCs w:val="24"/>
          <w:shd w:val="clear" w:color="auto" w:fill="FFFFFF"/>
        </w:rPr>
        <w:t xml:space="preserve">, con </w:t>
      </w:r>
      <w:proofErr w:type="spellStart"/>
      <w:r w:rsidRPr="00F96287">
        <w:rPr>
          <w:rFonts w:ascii="Palatino Linotype" w:hAnsi="Palatino Linotype" w:cs="Arial"/>
          <w:color w:val="000000" w:themeColor="text1"/>
          <w:sz w:val="24"/>
          <w:szCs w:val="24"/>
          <w:shd w:val="clear" w:color="auto" w:fill="FFFFFF"/>
        </w:rPr>
        <w:t>una</w:t>
      </w:r>
      <w:proofErr w:type="spellEnd"/>
      <w:r w:rsidRPr="00F96287">
        <w:rPr>
          <w:rFonts w:ascii="Palatino Linotype" w:hAnsi="Palatino Linotype" w:cs="Arial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F96287">
        <w:rPr>
          <w:rFonts w:ascii="Palatino Linotype" w:hAnsi="Palatino Linotype" w:cs="Arial"/>
          <w:color w:val="000000" w:themeColor="text1"/>
          <w:sz w:val="24"/>
          <w:szCs w:val="24"/>
          <w:shd w:val="clear" w:color="auto" w:fill="FFFFFF"/>
        </w:rPr>
        <w:t>proposta</w:t>
      </w:r>
      <w:proofErr w:type="spellEnd"/>
      <w:r w:rsidRPr="00F96287">
        <w:rPr>
          <w:rFonts w:ascii="Palatino Linotype" w:hAnsi="Palatino Linotype" w:cs="Arial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F96287">
        <w:rPr>
          <w:rFonts w:ascii="Palatino Linotype" w:hAnsi="Palatino Linotype" w:cs="Arial"/>
          <w:color w:val="000000" w:themeColor="text1"/>
          <w:sz w:val="24"/>
          <w:szCs w:val="24"/>
          <w:shd w:val="clear" w:color="auto" w:fill="FFFFFF"/>
        </w:rPr>
        <w:t>accuratamente</w:t>
      </w:r>
      <w:proofErr w:type="spellEnd"/>
      <w:r w:rsidRPr="00F96287">
        <w:rPr>
          <w:rFonts w:ascii="Palatino Linotype" w:hAnsi="Palatino Linotype" w:cs="Arial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F96287">
        <w:rPr>
          <w:rFonts w:ascii="Palatino Linotype" w:hAnsi="Palatino Linotype" w:cs="Arial"/>
          <w:color w:val="000000" w:themeColor="text1"/>
          <w:sz w:val="24"/>
          <w:szCs w:val="24"/>
          <w:shd w:val="clear" w:color="auto" w:fill="FFFFFF"/>
        </w:rPr>
        <w:t>selezionata</w:t>
      </w:r>
      <w:proofErr w:type="spellEnd"/>
      <w:r w:rsidRPr="00F96287">
        <w:rPr>
          <w:rFonts w:ascii="Palatino Linotype" w:hAnsi="Palatino Linotype" w:cs="Arial"/>
          <w:color w:val="000000" w:themeColor="text1"/>
          <w:sz w:val="24"/>
          <w:szCs w:val="24"/>
          <w:shd w:val="clear" w:color="auto" w:fill="FFFFFF"/>
        </w:rPr>
        <w:t xml:space="preserve"> e </w:t>
      </w:r>
      <w:proofErr w:type="spellStart"/>
      <w:r w:rsidRPr="00F96287">
        <w:rPr>
          <w:rFonts w:ascii="Palatino Linotype" w:hAnsi="Palatino Linotype" w:cs="Arial"/>
          <w:color w:val="000000" w:themeColor="text1"/>
          <w:sz w:val="24"/>
          <w:szCs w:val="24"/>
          <w:shd w:val="clear" w:color="auto" w:fill="FFFFFF"/>
        </w:rPr>
        <w:t>sottoposta</w:t>
      </w:r>
      <w:proofErr w:type="spellEnd"/>
      <w:r w:rsidRPr="00F96287">
        <w:rPr>
          <w:rFonts w:ascii="Palatino Linotype" w:hAnsi="Palatino Linotype" w:cs="Arial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F96287">
        <w:rPr>
          <w:rFonts w:ascii="Palatino Linotype" w:hAnsi="Palatino Linotype" w:cs="Arial"/>
          <w:color w:val="000000" w:themeColor="text1"/>
          <w:sz w:val="24"/>
          <w:szCs w:val="24"/>
          <w:shd w:val="clear" w:color="auto" w:fill="FFFFFF"/>
        </w:rPr>
        <w:t>all’esame</w:t>
      </w:r>
      <w:proofErr w:type="spellEnd"/>
      <w:r w:rsidRPr="00F96287">
        <w:rPr>
          <w:rFonts w:ascii="Palatino Linotype" w:hAnsi="Palatino Linotype" w:cs="Arial"/>
          <w:color w:val="000000" w:themeColor="text1"/>
          <w:sz w:val="24"/>
          <w:szCs w:val="24"/>
          <w:shd w:val="clear" w:color="auto" w:fill="FFFFFF"/>
        </w:rPr>
        <w:t xml:space="preserve"> di un </w:t>
      </w:r>
      <w:r w:rsidRPr="00F96287">
        <w:rPr>
          <w:rFonts w:ascii="Palatino Linotype" w:hAnsi="Palatino Linotype" w:cs="Arial"/>
          <w:b/>
          <w:color w:val="000000" w:themeColor="text1"/>
          <w:sz w:val="24"/>
          <w:szCs w:val="24"/>
          <w:shd w:val="clear" w:color="auto" w:fill="FFFFFF"/>
        </w:rPr>
        <w:t xml:space="preserve">Vetting </w:t>
      </w:r>
      <w:proofErr w:type="spellStart"/>
      <w:r w:rsidRPr="00F96287">
        <w:rPr>
          <w:rFonts w:ascii="Palatino Linotype" w:hAnsi="Palatino Linotype" w:cs="Arial"/>
          <w:color w:val="000000" w:themeColor="text1"/>
          <w:sz w:val="24"/>
          <w:szCs w:val="24"/>
          <w:shd w:val="clear" w:color="auto" w:fill="FFFFFF"/>
        </w:rPr>
        <w:t>composto</w:t>
      </w:r>
      <w:proofErr w:type="spellEnd"/>
      <w:r w:rsidRPr="00F96287">
        <w:rPr>
          <w:rFonts w:ascii="Palatino Linotype" w:hAnsi="Palatino Linotype" w:cs="Arial"/>
          <w:color w:val="000000" w:themeColor="text1"/>
          <w:sz w:val="24"/>
          <w:szCs w:val="24"/>
          <w:shd w:val="clear" w:color="auto" w:fill="FFFFFF"/>
        </w:rPr>
        <w:t xml:space="preserve"> da </w:t>
      </w:r>
      <w:proofErr w:type="spellStart"/>
      <w:r w:rsidRPr="00F96287">
        <w:rPr>
          <w:rFonts w:ascii="Palatino Linotype" w:hAnsi="Palatino Linotype" w:cs="Arial"/>
          <w:color w:val="000000" w:themeColor="text1"/>
          <w:sz w:val="24"/>
          <w:szCs w:val="24"/>
          <w:shd w:val="clear" w:color="auto" w:fill="FFFFFF"/>
        </w:rPr>
        <w:t>storici</w:t>
      </w:r>
      <w:proofErr w:type="spellEnd"/>
      <w:r w:rsidRPr="00F96287">
        <w:rPr>
          <w:rFonts w:ascii="Palatino Linotype" w:hAnsi="Palatino Linotype" w:cs="Arial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F96287">
        <w:rPr>
          <w:rFonts w:ascii="Palatino Linotype" w:hAnsi="Palatino Linotype" w:cs="Arial"/>
          <w:color w:val="000000" w:themeColor="text1"/>
          <w:sz w:val="24"/>
          <w:szCs w:val="24"/>
          <w:shd w:val="clear" w:color="auto" w:fill="FFFFFF"/>
        </w:rPr>
        <w:t>dell’arte</w:t>
      </w:r>
      <w:proofErr w:type="spellEnd"/>
      <w:r w:rsidRPr="00F96287">
        <w:rPr>
          <w:rFonts w:ascii="Palatino Linotype" w:hAnsi="Palatino Linotype" w:cs="Arial"/>
          <w:color w:val="000000" w:themeColor="text1"/>
          <w:sz w:val="24"/>
          <w:szCs w:val="24"/>
          <w:shd w:val="clear" w:color="auto" w:fill="FFFFFF"/>
        </w:rPr>
        <w:t xml:space="preserve"> e </w:t>
      </w:r>
      <w:proofErr w:type="spellStart"/>
      <w:r w:rsidRPr="00F96287">
        <w:rPr>
          <w:rFonts w:ascii="Palatino Linotype" w:hAnsi="Palatino Linotype" w:cs="Arial"/>
          <w:color w:val="000000" w:themeColor="text1"/>
          <w:sz w:val="24"/>
          <w:szCs w:val="24"/>
          <w:shd w:val="clear" w:color="auto" w:fill="FFFFFF"/>
        </w:rPr>
        <w:t>specialisti</w:t>
      </w:r>
      <w:proofErr w:type="spellEnd"/>
      <w:r w:rsidRPr="00F96287">
        <w:rPr>
          <w:rFonts w:ascii="Palatino Linotype" w:hAnsi="Palatino Linotype" w:cs="Arial"/>
          <w:color w:val="000000" w:themeColor="text1"/>
          <w:sz w:val="24"/>
          <w:szCs w:val="24"/>
          <w:shd w:val="clear" w:color="auto" w:fill="FFFFFF"/>
        </w:rPr>
        <w:t xml:space="preserve"> di </w:t>
      </w:r>
      <w:proofErr w:type="spellStart"/>
      <w:r w:rsidRPr="00F96287">
        <w:rPr>
          <w:rFonts w:ascii="Palatino Linotype" w:hAnsi="Palatino Linotype" w:cs="Arial"/>
          <w:color w:val="000000" w:themeColor="text1"/>
          <w:sz w:val="24"/>
          <w:szCs w:val="24"/>
          <w:shd w:val="clear" w:color="auto" w:fill="FFFFFF"/>
        </w:rPr>
        <w:t>fama</w:t>
      </w:r>
      <w:proofErr w:type="spellEnd"/>
      <w:r w:rsidRPr="00F96287">
        <w:rPr>
          <w:rFonts w:ascii="Palatino Linotype" w:hAnsi="Palatino Linotype" w:cs="Arial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F96287">
        <w:rPr>
          <w:rFonts w:ascii="Palatino Linotype" w:hAnsi="Palatino Linotype" w:cs="Arial"/>
          <w:color w:val="000000" w:themeColor="text1"/>
          <w:sz w:val="24"/>
          <w:szCs w:val="24"/>
          <w:shd w:val="clear" w:color="auto" w:fill="FFFFFF"/>
        </w:rPr>
        <w:lastRenderedPageBreak/>
        <w:t>internazionale</w:t>
      </w:r>
      <w:proofErr w:type="spellEnd"/>
      <w:r w:rsidRPr="00F96287">
        <w:rPr>
          <w:rFonts w:ascii="Palatino Linotype" w:hAnsi="Palatino Linotype" w:cs="Arial"/>
          <w:color w:val="000000" w:themeColor="text1"/>
          <w:sz w:val="24"/>
          <w:szCs w:val="24"/>
          <w:shd w:val="clear" w:color="auto" w:fill="FFFFFF"/>
        </w:rPr>
        <w:t xml:space="preserve">. La </w:t>
      </w:r>
      <w:proofErr w:type="spellStart"/>
      <w:r w:rsidRPr="00F96287">
        <w:rPr>
          <w:rFonts w:ascii="Palatino Linotype" w:hAnsi="Palatino Linotype" w:cs="Arial"/>
          <w:color w:val="000000" w:themeColor="text1"/>
          <w:sz w:val="24"/>
          <w:szCs w:val="24"/>
          <w:shd w:val="clear" w:color="auto" w:fill="FFFFFF"/>
        </w:rPr>
        <w:t>verifica</w:t>
      </w:r>
      <w:proofErr w:type="spellEnd"/>
      <w:r w:rsidRPr="00F96287">
        <w:rPr>
          <w:rFonts w:ascii="Palatino Linotype" w:hAnsi="Palatino Linotype" w:cs="Arial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F96287">
        <w:rPr>
          <w:rFonts w:ascii="Palatino Linotype" w:hAnsi="Palatino Linotype" w:cs="Arial"/>
          <w:color w:val="000000" w:themeColor="text1"/>
          <w:sz w:val="24"/>
          <w:szCs w:val="24"/>
          <w:shd w:val="clear" w:color="auto" w:fill="FFFFFF"/>
        </w:rPr>
        <w:t>dell’autenticità</w:t>
      </w:r>
      <w:proofErr w:type="spellEnd"/>
      <w:r w:rsidRPr="00F96287">
        <w:rPr>
          <w:rFonts w:ascii="Palatino Linotype" w:hAnsi="Palatino Linotype" w:cs="Arial"/>
          <w:color w:val="000000" w:themeColor="text1"/>
          <w:sz w:val="24"/>
          <w:szCs w:val="24"/>
          <w:shd w:val="clear" w:color="auto" w:fill="FFFFFF"/>
        </w:rPr>
        <w:t xml:space="preserve">, </w:t>
      </w:r>
      <w:proofErr w:type="spellStart"/>
      <w:r w:rsidRPr="00F96287">
        <w:rPr>
          <w:rFonts w:ascii="Palatino Linotype" w:hAnsi="Palatino Linotype" w:cs="Arial"/>
          <w:color w:val="000000" w:themeColor="text1"/>
          <w:sz w:val="24"/>
          <w:szCs w:val="24"/>
          <w:shd w:val="clear" w:color="auto" w:fill="FFFFFF"/>
        </w:rPr>
        <w:t>della</w:t>
      </w:r>
      <w:proofErr w:type="spellEnd"/>
      <w:r w:rsidRPr="00F96287">
        <w:rPr>
          <w:rFonts w:ascii="Palatino Linotype" w:hAnsi="Palatino Linotype" w:cs="Arial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F96287">
        <w:rPr>
          <w:rFonts w:ascii="Palatino Linotype" w:hAnsi="Palatino Linotype" w:cs="Arial"/>
          <w:color w:val="000000" w:themeColor="text1"/>
          <w:sz w:val="24"/>
          <w:szCs w:val="24"/>
          <w:shd w:val="clear" w:color="auto" w:fill="FFFFFF"/>
        </w:rPr>
        <w:t>provenienza</w:t>
      </w:r>
      <w:proofErr w:type="spellEnd"/>
      <w:r w:rsidRPr="00F96287">
        <w:rPr>
          <w:rFonts w:ascii="Palatino Linotype" w:hAnsi="Palatino Linotype" w:cs="Arial"/>
          <w:color w:val="000000" w:themeColor="text1"/>
          <w:sz w:val="24"/>
          <w:szCs w:val="24"/>
          <w:shd w:val="clear" w:color="auto" w:fill="FFFFFF"/>
        </w:rPr>
        <w:t xml:space="preserve"> e </w:t>
      </w:r>
      <w:proofErr w:type="spellStart"/>
      <w:r w:rsidRPr="00F96287">
        <w:rPr>
          <w:rFonts w:ascii="Palatino Linotype" w:hAnsi="Palatino Linotype" w:cs="Arial"/>
          <w:color w:val="000000" w:themeColor="text1"/>
          <w:sz w:val="24"/>
          <w:szCs w:val="24"/>
          <w:shd w:val="clear" w:color="auto" w:fill="FFFFFF"/>
        </w:rPr>
        <w:t>della</w:t>
      </w:r>
      <w:proofErr w:type="spellEnd"/>
      <w:r w:rsidRPr="00F96287">
        <w:rPr>
          <w:rFonts w:ascii="Palatino Linotype" w:hAnsi="Palatino Linotype" w:cs="Arial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F96287">
        <w:rPr>
          <w:rFonts w:ascii="Palatino Linotype" w:hAnsi="Palatino Linotype" w:cs="Arial"/>
          <w:color w:val="000000" w:themeColor="text1"/>
          <w:sz w:val="24"/>
          <w:szCs w:val="24"/>
          <w:shd w:val="clear" w:color="auto" w:fill="FFFFFF"/>
        </w:rPr>
        <w:t>qualità</w:t>
      </w:r>
      <w:proofErr w:type="spellEnd"/>
      <w:r w:rsidRPr="00F96287">
        <w:rPr>
          <w:rFonts w:ascii="Palatino Linotype" w:hAnsi="Palatino Linotype" w:cs="Arial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F96287">
        <w:rPr>
          <w:rFonts w:ascii="Palatino Linotype" w:hAnsi="Palatino Linotype" w:cs="Arial"/>
          <w:color w:val="000000" w:themeColor="text1"/>
          <w:sz w:val="24"/>
          <w:szCs w:val="24"/>
          <w:shd w:val="clear" w:color="auto" w:fill="FFFFFF"/>
        </w:rPr>
        <w:t>delle</w:t>
      </w:r>
      <w:proofErr w:type="spellEnd"/>
      <w:r w:rsidRPr="00F96287">
        <w:rPr>
          <w:rFonts w:ascii="Palatino Linotype" w:hAnsi="Palatino Linotype" w:cs="Arial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F96287">
        <w:rPr>
          <w:rFonts w:ascii="Palatino Linotype" w:hAnsi="Palatino Linotype" w:cs="Arial"/>
          <w:color w:val="000000" w:themeColor="text1"/>
          <w:sz w:val="24"/>
          <w:szCs w:val="24"/>
          <w:shd w:val="clear" w:color="auto" w:fill="FFFFFF"/>
        </w:rPr>
        <w:t>opere</w:t>
      </w:r>
      <w:proofErr w:type="spellEnd"/>
      <w:r w:rsidRPr="00F96287">
        <w:rPr>
          <w:rFonts w:ascii="Palatino Linotype" w:hAnsi="Palatino Linotype" w:cs="Arial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F96287">
        <w:rPr>
          <w:rFonts w:ascii="Palatino Linotype" w:hAnsi="Palatino Linotype" w:cs="Arial"/>
          <w:color w:val="000000" w:themeColor="text1"/>
          <w:sz w:val="24"/>
          <w:szCs w:val="24"/>
          <w:shd w:val="clear" w:color="auto" w:fill="FFFFFF"/>
        </w:rPr>
        <w:t>rimane</w:t>
      </w:r>
      <w:proofErr w:type="spellEnd"/>
      <w:r w:rsidRPr="00F96287">
        <w:rPr>
          <w:rFonts w:ascii="Palatino Linotype" w:hAnsi="Palatino Linotype" w:cs="Arial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F96287">
        <w:rPr>
          <w:rFonts w:ascii="Palatino Linotype" w:hAnsi="Palatino Linotype" w:cs="Arial"/>
          <w:color w:val="000000" w:themeColor="text1"/>
          <w:sz w:val="24"/>
          <w:szCs w:val="24"/>
          <w:shd w:val="clear" w:color="auto" w:fill="FFFFFF"/>
        </w:rPr>
        <w:t>uno</w:t>
      </w:r>
      <w:proofErr w:type="spellEnd"/>
      <w:r w:rsidRPr="00F96287">
        <w:rPr>
          <w:rFonts w:ascii="Palatino Linotype" w:hAnsi="Palatino Linotype" w:cs="Arial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F96287">
        <w:rPr>
          <w:rFonts w:ascii="Palatino Linotype" w:hAnsi="Palatino Linotype" w:cs="Arial"/>
          <w:color w:val="000000" w:themeColor="text1"/>
          <w:sz w:val="24"/>
          <w:szCs w:val="24"/>
          <w:shd w:val="clear" w:color="auto" w:fill="FFFFFF"/>
        </w:rPr>
        <w:t>dei</w:t>
      </w:r>
      <w:proofErr w:type="spellEnd"/>
      <w:r w:rsidRPr="00F96287">
        <w:rPr>
          <w:rFonts w:ascii="Palatino Linotype" w:hAnsi="Palatino Linotype" w:cs="Arial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F96287">
        <w:rPr>
          <w:rFonts w:ascii="Palatino Linotype" w:hAnsi="Palatino Linotype" w:cs="Arial"/>
          <w:color w:val="000000" w:themeColor="text1"/>
          <w:sz w:val="24"/>
          <w:szCs w:val="24"/>
          <w:shd w:val="clear" w:color="auto" w:fill="FFFFFF"/>
        </w:rPr>
        <w:t>principi</w:t>
      </w:r>
      <w:proofErr w:type="spellEnd"/>
      <w:r w:rsidRPr="00F96287">
        <w:rPr>
          <w:rFonts w:ascii="Palatino Linotype" w:hAnsi="Palatino Linotype" w:cs="Arial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F96287">
        <w:rPr>
          <w:rFonts w:ascii="Palatino Linotype" w:hAnsi="Palatino Linotype" w:cs="Arial"/>
          <w:color w:val="000000" w:themeColor="text1"/>
          <w:sz w:val="24"/>
          <w:szCs w:val="24"/>
          <w:shd w:val="clear" w:color="auto" w:fill="FFFFFF"/>
        </w:rPr>
        <w:t>fondamentali</w:t>
      </w:r>
      <w:proofErr w:type="spellEnd"/>
      <w:r w:rsidRPr="00F96287">
        <w:rPr>
          <w:rFonts w:ascii="Palatino Linotype" w:hAnsi="Palatino Linotype" w:cs="Arial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F96287">
        <w:rPr>
          <w:rFonts w:ascii="Palatino Linotype" w:hAnsi="Palatino Linotype" w:cs="Arial"/>
          <w:color w:val="000000" w:themeColor="text1"/>
          <w:sz w:val="24"/>
          <w:szCs w:val="24"/>
          <w:shd w:val="clear" w:color="auto" w:fill="FFFFFF"/>
        </w:rPr>
        <w:t>su</w:t>
      </w:r>
      <w:proofErr w:type="spellEnd"/>
      <w:r w:rsidRPr="00F96287">
        <w:rPr>
          <w:rFonts w:ascii="Palatino Linotype" w:hAnsi="Palatino Linotype" w:cs="Arial"/>
          <w:color w:val="000000" w:themeColor="text1"/>
          <w:sz w:val="24"/>
          <w:szCs w:val="24"/>
          <w:shd w:val="clear" w:color="auto" w:fill="FFFFFF"/>
        </w:rPr>
        <w:t xml:space="preserve"> cui </w:t>
      </w:r>
      <w:proofErr w:type="spellStart"/>
      <w:r w:rsidRPr="00F96287">
        <w:rPr>
          <w:rFonts w:ascii="Palatino Linotype" w:hAnsi="Palatino Linotype" w:cs="Arial"/>
          <w:color w:val="000000" w:themeColor="text1"/>
          <w:sz w:val="24"/>
          <w:szCs w:val="24"/>
          <w:shd w:val="clear" w:color="auto" w:fill="FFFFFF"/>
        </w:rPr>
        <w:t>si</w:t>
      </w:r>
      <w:proofErr w:type="spellEnd"/>
      <w:r w:rsidRPr="00F96287">
        <w:rPr>
          <w:rFonts w:ascii="Palatino Linotype" w:hAnsi="Palatino Linotype" w:cs="Arial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F96287">
        <w:rPr>
          <w:rFonts w:ascii="Palatino Linotype" w:hAnsi="Palatino Linotype" w:cs="Arial"/>
          <w:color w:val="000000" w:themeColor="text1"/>
          <w:sz w:val="24"/>
          <w:szCs w:val="24"/>
          <w:shd w:val="clear" w:color="auto" w:fill="FFFFFF"/>
        </w:rPr>
        <w:t>fonda</w:t>
      </w:r>
      <w:proofErr w:type="spellEnd"/>
      <w:r w:rsidRPr="00F96287">
        <w:rPr>
          <w:rFonts w:ascii="Palatino Linotype" w:hAnsi="Palatino Linotype" w:cs="Arial"/>
          <w:color w:val="000000" w:themeColor="text1"/>
          <w:sz w:val="24"/>
          <w:szCs w:val="24"/>
          <w:shd w:val="clear" w:color="auto" w:fill="FFFFFF"/>
        </w:rPr>
        <w:t xml:space="preserve"> la </w:t>
      </w:r>
      <w:proofErr w:type="spellStart"/>
      <w:r w:rsidRPr="00F96287">
        <w:rPr>
          <w:rFonts w:ascii="Palatino Linotype" w:hAnsi="Palatino Linotype" w:cs="Arial"/>
          <w:color w:val="000000" w:themeColor="text1"/>
          <w:sz w:val="24"/>
          <w:szCs w:val="24"/>
          <w:shd w:val="clear" w:color="auto" w:fill="FFFFFF"/>
        </w:rPr>
        <w:t>manifestazione</w:t>
      </w:r>
      <w:proofErr w:type="spellEnd"/>
      <w:r w:rsidRPr="00F96287">
        <w:rPr>
          <w:rFonts w:ascii="Palatino Linotype" w:hAnsi="Palatino Linotype" w:cs="Arial"/>
          <w:color w:val="000000" w:themeColor="text1"/>
          <w:sz w:val="24"/>
          <w:szCs w:val="24"/>
          <w:shd w:val="clear" w:color="auto" w:fill="FFFFFF"/>
        </w:rPr>
        <w:t>.</w:t>
      </w:r>
    </w:p>
    <w:p w14:paraId="5A156885" w14:textId="77777777" w:rsidR="00F96287" w:rsidRPr="00F96287" w:rsidRDefault="00F96287" w:rsidP="0034783F">
      <w:pPr>
        <w:spacing w:after="0"/>
        <w:jc w:val="both"/>
        <w:rPr>
          <w:rFonts w:ascii="Palatino Linotype" w:hAnsi="Palatino Linotype"/>
          <w:color w:val="000000" w:themeColor="text1"/>
          <w:sz w:val="24"/>
          <w:szCs w:val="24"/>
          <w:lang w:val="it-IT"/>
        </w:rPr>
      </w:pPr>
    </w:p>
    <w:p w14:paraId="1C527E64" w14:textId="634DAD5B" w:rsidR="00530C55" w:rsidRPr="00F96287" w:rsidRDefault="00F96287" w:rsidP="00530C55">
      <w:pPr>
        <w:shd w:val="clear" w:color="auto" w:fill="FFFFFF"/>
        <w:spacing w:line="253" w:lineRule="atLeast"/>
        <w:jc w:val="both"/>
        <w:rPr>
          <w:rFonts w:ascii="Palatino Linotype" w:eastAsia="Times New Roman" w:hAnsi="Palatino Linotype" w:cstheme="majorHAnsi"/>
          <w:color w:val="000000" w:themeColor="text1"/>
          <w:sz w:val="24"/>
          <w:szCs w:val="24"/>
          <w:lang w:eastAsia="it-IT"/>
        </w:rPr>
      </w:pPr>
      <w:r w:rsidRPr="00F96287">
        <w:rPr>
          <w:rFonts w:ascii="Palatino Linotype" w:hAnsi="Palatino Linotype" w:cs="Arial"/>
          <w:color w:val="000000" w:themeColor="text1"/>
          <w:sz w:val="24"/>
          <w:szCs w:val="24"/>
          <w:shd w:val="clear" w:color="auto" w:fill="FFFFFF"/>
        </w:rPr>
        <w:t xml:space="preserve">A </w:t>
      </w:r>
      <w:proofErr w:type="spellStart"/>
      <w:r w:rsidRPr="00F96287">
        <w:rPr>
          <w:rFonts w:ascii="Palatino Linotype" w:hAnsi="Palatino Linotype" w:cs="Arial"/>
          <w:color w:val="000000" w:themeColor="text1"/>
          <w:sz w:val="24"/>
          <w:szCs w:val="24"/>
          <w:shd w:val="clear" w:color="auto" w:fill="FFFFFF"/>
        </w:rPr>
        <w:t>completare</w:t>
      </w:r>
      <w:proofErr w:type="spellEnd"/>
      <w:r w:rsidRPr="00F96287">
        <w:rPr>
          <w:rFonts w:ascii="Palatino Linotype" w:hAnsi="Palatino Linotype" w:cs="Arial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F96287">
        <w:rPr>
          <w:rFonts w:ascii="Palatino Linotype" w:hAnsi="Palatino Linotype" w:cs="Arial"/>
          <w:color w:val="000000" w:themeColor="text1"/>
          <w:sz w:val="24"/>
          <w:szCs w:val="24"/>
          <w:shd w:val="clear" w:color="auto" w:fill="FFFFFF"/>
        </w:rPr>
        <w:t>l’esperienza</w:t>
      </w:r>
      <w:proofErr w:type="spellEnd"/>
      <w:r w:rsidRPr="00F96287">
        <w:rPr>
          <w:rFonts w:ascii="Palatino Linotype" w:hAnsi="Palatino Linotype" w:cs="Arial"/>
          <w:color w:val="000000" w:themeColor="text1"/>
          <w:sz w:val="24"/>
          <w:szCs w:val="24"/>
          <w:shd w:val="clear" w:color="auto" w:fill="FFFFFF"/>
        </w:rPr>
        <w:t xml:space="preserve"> di </w:t>
      </w:r>
      <w:proofErr w:type="spellStart"/>
      <w:r w:rsidRPr="00F96287">
        <w:rPr>
          <w:rFonts w:ascii="Palatino Linotype" w:hAnsi="Palatino Linotype" w:cs="Arial"/>
          <w:color w:val="000000" w:themeColor="text1"/>
          <w:sz w:val="24"/>
          <w:szCs w:val="24"/>
          <w:shd w:val="clear" w:color="auto" w:fill="FFFFFF"/>
        </w:rPr>
        <w:t>Modenantiquaria</w:t>
      </w:r>
      <w:proofErr w:type="spellEnd"/>
      <w:r w:rsidRPr="00F96287">
        <w:rPr>
          <w:rFonts w:ascii="Palatino Linotype" w:hAnsi="Palatino Linotype" w:cs="Arial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F96287">
        <w:rPr>
          <w:rFonts w:ascii="Palatino Linotype" w:hAnsi="Palatino Linotype" w:cs="Arial"/>
          <w:color w:val="000000" w:themeColor="text1"/>
          <w:sz w:val="24"/>
          <w:szCs w:val="24"/>
          <w:shd w:val="clear" w:color="auto" w:fill="FFFFFF"/>
        </w:rPr>
        <w:t>contribuisce</w:t>
      </w:r>
      <w:proofErr w:type="spellEnd"/>
      <w:r w:rsidRPr="00F96287">
        <w:rPr>
          <w:rFonts w:ascii="Palatino Linotype" w:hAnsi="Palatino Linotype" w:cs="Arial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F96287">
        <w:rPr>
          <w:rFonts w:ascii="Palatino Linotype" w:hAnsi="Palatino Linotype" w:cs="Arial"/>
          <w:color w:val="000000" w:themeColor="text1"/>
          <w:sz w:val="24"/>
          <w:szCs w:val="24"/>
          <w:shd w:val="clear" w:color="auto" w:fill="FFFFFF"/>
        </w:rPr>
        <w:t>l’allestimento</w:t>
      </w:r>
      <w:proofErr w:type="spellEnd"/>
      <w:r w:rsidRPr="00F96287">
        <w:rPr>
          <w:rFonts w:ascii="Palatino Linotype" w:hAnsi="Palatino Linotype" w:cs="Arial"/>
          <w:color w:val="000000" w:themeColor="text1"/>
          <w:sz w:val="24"/>
          <w:szCs w:val="24"/>
          <w:shd w:val="clear" w:color="auto" w:fill="FFFFFF"/>
        </w:rPr>
        <w:t xml:space="preserve">, da </w:t>
      </w:r>
      <w:proofErr w:type="spellStart"/>
      <w:r w:rsidRPr="00F96287">
        <w:rPr>
          <w:rFonts w:ascii="Palatino Linotype" w:hAnsi="Palatino Linotype" w:cs="Arial"/>
          <w:color w:val="000000" w:themeColor="text1"/>
          <w:sz w:val="24"/>
          <w:szCs w:val="24"/>
          <w:shd w:val="clear" w:color="auto" w:fill="FFFFFF"/>
        </w:rPr>
        <w:t>sempre</w:t>
      </w:r>
      <w:proofErr w:type="spellEnd"/>
      <w:r w:rsidRPr="00F96287">
        <w:rPr>
          <w:rFonts w:ascii="Palatino Linotype" w:hAnsi="Palatino Linotype" w:cs="Arial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F96287">
        <w:rPr>
          <w:rFonts w:ascii="Palatino Linotype" w:hAnsi="Palatino Linotype" w:cs="Arial"/>
          <w:color w:val="000000" w:themeColor="text1"/>
          <w:sz w:val="24"/>
          <w:szCs w:val="24"/>
          <w:shd w:val="clear" w:color="auto" w:fill="FFFFFF"/>
        </w:rPr>
        <w:t>uno</w:t>
      </w:r>
      <w:proofErr w:type="spellEnd"/>
      <w:r w:rsidRPr="00F96287">
        <w:rPr>
          <w:rFonts w:ascii="Palatino Linotype" w:hAnsi="Palatino Linotype" w:cs="Arial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F96287">
        <w:rPr>
          <w:rFonts w:ascii="Palatino Linotype" w:hAnsi="Palatino Linotype" w:cs="Arial"/>
          <w:color w:val="000000" w:themeColor="text1"/>
          <w:sz w:val="24"/>
          <w:szCs w:val="24"/>
          <w:shd w:val="clear" w:color="auto" w:fill="FFFFFF"/>
        </w:rPr>
        <w:t>degli</w:t>
      </w:r>
      <w:proofErr w:type="spellEnd"/>
      <w:r w:rsidRPr="00F96287">
        <w:rPr>
          <w:rFonts w:ascii="Palatino Linotype" w:hAnsi="Palatino Linotype" w:cs="Arial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F96287">
        <w:rPr>
          <w:rFonts w:ascii="Palatino Linotype" w:hAnsi="Palatino Linotype" w:cs="Arial"/>
          <w:color w:val="000000" w:themeColor="text1"/>
          <w:sz w:val="24"/>
          <w:szCs w:val="24"/>
          <w:shd w:val="clear" w:color="auto" w:fill="FFFFFF"/>
        </w:rPr>
        <w:t>elementi</w:t>
      </w:r>
      <w:proofErr w:type="spellEnd"/>
      <w:r w:rsidRPr="00F96287">
        <w:rPr>
          <w:rFonts w:ascii="Palatino Linotype" w:hAnsi="Palatino Linotype" w:cs="Arial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F96287">
        <w:rPr>
          <w:rFonts w:ascii="Palatino Linotype" w:hAnsi="Palatino Linotype" w:cs="Arial"/>
          <w:color w:val="000000" w:themeColor="text1"/>
          <w:sz w:val="24"/>
          <w:szCs w:val="24"/>
          <w:shd w:val="clear" w:color="auto" w:fill="FFFFFF"/>
        </w:rPr>
        <w:t>distintivi</w:t>
      </w:r>
      <w:proofErr w:type="spellEnd"/>
      <w:r w:rsidRPr="00F96287">
        <w:rPr>
          <w:rFonts w:ascii="Palatino Linotype" w:hAnsi="Palatino Linotype" w:cs="Arial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F96287">
        <w:rPr>
          <w:rFonts w:ascii="Palatino Linotype" w:hAnsi="Palatino Linotype" w:cs="Arial"/>
          <w:color w:val="000000" w:themeColor="text1"/>
          <w:sz w:val="24"/>
          <w:szCs w:val="24"/>
          <w:shd w:val="clear" w:color="auto" w:fill="FFFFFF"/>
        </w:rPr>
        <w:t>della</w:t>
      </w:r>
      <w:proofErr w:type="spellEnd"/>
      <w:r w:rsidRPr="00F96287">
        <w:rPr>
          <w:rFonts w:ascii="Palatino Linotype" w:hAnsi="Palatino Linotype" w:cs="Arial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F96287">
        <w:rPr>
          <w:rFonts w:ascii="Palatino Linotype" w:hAnsi="Palatino Linotype" w:cs="Arial"/>
          <w:color w:val="000000" w:themeColor="text1"/>
          <w:sz w:val="24"/>
          <w:szCs w:val="24"/>
          <w:shd w:val="clear" w:color="auto" w:fill="FFFFFF"/>
        </w:rPr>
        <w:t>rassegna</w:t>
      </w:r>
      <w:proofErr w:type="spellEnd"/>
      <w:r w:rsidRPr="00F96287">
        <w:rPr>
          <w:rFonts w:ascii="Palatino Linotype" w:hAnsi="Palatino Linotype" w:cs="Arial"/>
          <w:color w:val="000000" w:themeColor="text1"/>
          <w:sz w:val="24"/>
          <w:szCs w:val="24"/>
          <w:shd w:val="clear" w:color="auto" w:fill="FFFFFF"/>
        </w:rPr>
        <w:t xml:space="preserve">. Un </w:t>
      </w:r>
      <w:proofErr w:type="spellStart"/>
      <w:r w:rsidRPr="00F96287">
        <w:rPr>
          <w:rFonts w:ascii="Palatino Linotype" w:hAnsi="Palatino Linotype" w:cs="Arial"/>
          <w:color w:val="000000" w:themeColor="text1"/>
          <w:sz w:val="24"/>
          <w:szCs w:val="24"/>
          <w:shd w:val="clear" w:color="auto" w:fill="FFFFFF"/>
        </w:rPr>
        <w:t>progetto</w:t>
      </w:r>
      <w:proofErr w:type="spellEnd"/>
      <w:r w:rsidRPr="00F96287">
        <w:rPr>
          <w:rFonts w:ascii="Palatino Linotype" w:hAnsi="Palatino Linotype" w:cs="Arial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F96287">
        <w:rPr>
          <w:rFonts w:ascii="Palatino Linotype" w:hAnsi="Palatino Linotype" w:cs="Arial"/>
          <w:color w:val="000000" w:themeColor="text1"/>
          <w:sz w:val="24"/>
          <w:szCs w:val="24"/>
          <w:shd w:val="clear" w:color="auto" w:fill="FFFFFF"/>
        </w:rPr>
        <w:t>espositivo</w:t>
      </w:r>
      <w:proofErr w:type="spellEnd"/>
      <w:r w:rsidRPr="00F96287">
        <w:rPr>
          <w:rFonts w:ascii="Palatino Linotype" w:hAnsi="Palatino Linotype" w:cs="Arial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F96287">
        <w:rPr>
          <w:rFonts w:ascii="Palatino Linotype" w:hAnsi="Palatino Linotype" w:cs="Arial"/>
          <w:color w:val="000000" w:themeColor="text1"/>
          <w:sz w:val="24"/>
          <w:szCs w:val="24"/>
          <w:shd w:val="clear" w:color="auto" w:fill="FFFFFF"/>
        </w:rPr>
        <w:t>studiato</w:t>
      </w:r>
      <w:proofErr w:type="spellEnd"/>
      <w:r w:rsidRPr="00F96287">
        <w:rPr>
          <w:rFonts w:ascii="Palatino Linotype" w:hAnsi="Palatino Linotype" w:cs="Arial"/>
          <w:color w:val="000000" w:themeColor="text1"/>
          <w:sz w:val="24"/>
          <w:szCs w:val="24"/>
          <w:shd w:val="clear" w:color="auto" w:fill="FFFFFF"/>
        </w:rPr>
        <w:t xml:space="preserve"> per </w:t>
      </w:r>
      <w:proofErr w:type="spellStart"/>
      <w:r w:rsidRPr="00F96287">
        <w:rPr>
          <w:rFonts w:ascii="Palatino Linotype" w:hAnsi="Palatino Linotype" w:cs="Arial"/>
          <w:color w:val="000000" w:themeColor="text1"/>
          <w:sz w:val="24"/>
          <w:szCs w:val="24"/>
          <w:shd w:val="clear" w:color="auto" w:fill="FFFFFF"/>
        </w:rPr>
        <w:t>creare</w:t>
      </w:r>
      <w:proofErr w:type="spellEnd"/>
      <w:r w:rsidRPr="00F96287">
        <w:rPr>
          <w:rFonts w:ascii="Palatino Linotype" w:hAnsi="Palatino Linotype" w:cs="Arial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F96287">
        <w:rPr>
          <w:rFonts w:ascii="Palatino Linotype" w:hAnsi="Palatino Linotype" w:cs="Arial"/>
          <w:color w:val="000000" w:themeColor="text1"/>
          <w:sz w:val="24"/>
          <w:szCs w:val="24"/>
          <w:shd w:val="clear" w:color="auto" w:fill="FFFFFF"/>
        </w:rPr>
        <w:t>armonia</w:t>
      </w:r>
      <w:proofErr w:type="spellEnd"/>
      <w:r w:rsidRPr="00F96287">
        <w:rPr>
          <w:rFonts w:ascii="Palatino Linotype" w:hAnsi="Palatino Linotype" w:cs="Arial"/>
          <w:color w:val="000000" w:themeColor="text1"/>
          <w:sz w:val="24"/>
          <w:szCs w:val="24"/>
          <w:shd w:val="clear" w:color="auto" w:fill="FFFFFF"/>
        </w:rPr>
        <w:t xml:space="preserve"> e </w:t>
      </w:r>
      <w:proofErr w:type="spellStart"/>
      <w:r w:rsidRPr="00F96287">
        <w:rPr>
          <w:rFonts w:ascii="Palatino Linotype" w:hAnsi="Palatino Linotype" w:cs="Arial"/>
          <w:color w:val="000000" w:themeColor="text1"/>
          <w:sz w:val="24"/>
          <w:szCs w:val="24"/>
          <w:shd w:val="clear" w:color="auto" w:fill="FFFFFF"/>
        </w:rPr>
        <w:t>continuità</w:t>
      </w:r>
      <w:proofErr w:type="spellEnd"/>
      <w:r w:rsidRPr="00F96287">
        <w:rPr>
          <w:rFonts w:ascii="Palatino Linotype" w:hAnsi="Palatino Linotype" w:cs="Arial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F96287">
        <w:rPr>
          <w:rFonts w:ascii="Palatino Linotype" w:hAnsi="Palatino Linotype" w:cs="Arial"/>
          <w:color w:val="000000" w:themeColor="text1"/>
          <w:sz w:val="24"/>
          <w:szCs w:val="24"/>
          <w:shd w:val="clear" w:color="auto" w:fill="FFFFFF"/>
        </w:rPr>
        <w:t>tra</w:t>
      </w:r>
      <w:proofErr w:type="spellEnd"/>
      <w:r w:rsidRPr="00F96287">
        <w:rPr>
          <w:rFonts w:ascii="Palatino Linotype" w:hAnsi="Palatino Linotype" w:cs="Arial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F96287">
        <w:rPr>
          <w:rFonts w:ascii="Palatino Linotype" w:hAnsi="Palatino Linotype" w:cs="Arial"/>
          <w:color w:val="000000" w:themeColor="text1"/>
          <w:sz w:val="24"/>
          <w:szCs w:val="24"/>
          <w:shd w:val="clear" w:color="auto" w:fill="FFFFFF"/>
        </w:rPr>
        <w:t>gli</w:t>
      </w:r>
      <w:proofErr w:type="spellEnd"/>
      <w:r w:rsidRPr="00F96287">
        <w:rPr>
          <w:rFonts w:ascii="Palatino Linotype" w:hAnsi="Palatino Linotype" w:cs="Arial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F96287">
        <w:rPr>
          <w:rFonts w:ascii="Palatino Linotype" w:hAnsi="Palatino Linotype" w:cs="Arial"/>
          <w:color w:val="000000" w:themeColor="text1"/>
          <w:sz w:val="24"/>
          <w:szCs w:val="24"/>
          <w:shd w:val="clear" w:color="auto" w:fill="FFFFFF"/>
        </w:rPr>
        <w:t>spazi</w:t>
      </w:r>
      <w:proofErr w:type="spellEnd"/>
      <w:r w:rsidRPr="00F96287">
        <w:rPr>
          <w:rFonts w:ascii="Palatino Linotype" w:hAnsi="Palatino Linotype" w:cs="Arial"/>
          <w:color w:val="000000" w:themeColor="text1"/>
          <w:sz w:val="24"/>
          <w:szCs w:val="24"/>
          <w:shd w:val="clear" w:color="auto" w:fill="FFFFFF"/>
        </w:rPr>
        <w:t xml:space="preserve">, </w:t>
      </w:r>
      <w:proofErr w:type="spellStart"/>
      <w:r w:rsidRPr="00F96287">
        <w:rPr>
          <w:rFonts w:ascii="Palatino Linotype" w:hAnsi="Palatino Linotype" w:cs="Arial"/>
          <w:color w:val="000000" w:themeColor="text1"/>
          <w:sz w:val="24"/>
          <w:szCs w:val="24"/>
          <w:shd w:val="clear" w:color="auto" w:fill="FFFFFF"/>
        </w:rPr>
        <w:t>valorizzare</w:t>
      </w:r>
      <w:proofErr w:type="spellEnd"/>
      <w:r w:rsidRPr="00F96287">
        <w:rPr>
          <w:rFonts w:ascii="Palatino Linotype" w:hAnsi="Palatino Linotype" w:cs="Arial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F96287">
        <w:rPr>
          <w:rFonts w:ascii="Palatino Linotype" w:hAnsi="Palatino Linotype" w:cs="Arial"/>
          <w:color w:val="000000" w:themeColor="text1"/>
          <w:sz w:val="24"/>
          <w:szCs w:val="24"/>
          <w:shd w:val="clear" w:color="auto" w:fill="FFFFFF"/>
        </w:rPr>
        <w:t>ogni</w:t>
      </w:r>
      <w:proofErr w:type="spellEnd"/>
      <w:r w:rsidRPr="00F96287">
        <w:rPr>
          <w:rFonts w:ascii="Palatino Linotype" w:hAnsi="Palatino Linotype" w:cs="Arial"/>
          <w:color w:val="000000" w:themeColor="text1"/>
          <w:sz w:val="24"/>
          <w:szCs w:val="24"/>
          <w:shd w:val="clear" w:color="auto" w:fill="FFFFFF"/>
        </w:rPr>
        <w:t xml:space="preserve"> opera e </w:t>
      </w:r>
      <w:proofErr w:type="spellStart"/>
      <w:r w:rsidRPr="00F96287">
        <w:rPr>
          <w:rFonts w:ascii="Palatino Linotype" w:hAnsi="Palatino Linotype" w:cs="Arial"/>
          <w:color w:val="000000" w:themeColor="text1"/>
          <w:sz w:val="24"/>
          <w:szCs w:val="24"/>
          <w:shd w:val="clear" w:color="auto" w:fill="FFFFFF"/>
        </w:rPr>
        <w:t>favorire</w:t>
      </w:r>
      <w:proofErr w:type="spellEnd"/>
      <w:r w:rsidRPr="00F96287">
        <w:rPr>
          <w:rFonts w:ascii="Palatino Linotype" w:hAnsi="Palatino Linotype" w:cs="Arial"/>
          <w:color w:val="000000" w:themeColor="text1"/>
          <w:sz w:val="24"/>
          <w:szCs w:val="24"/>
          <w:shd w:val="clear" w:color="auto" w:fill="FFFFFF"/>
        </w:rPr>
        <w:t xml:space="preserve"> un </w:t>
      </w:r>
      <w:proofErr w:type="spellStart"/>
      <w:r w:rsidRPr="00F96287">
        <w:rPr>
          <w:rFonts w:ascii="Palatino Linotype" w:hAnsi="Palatino Linotype" w:cs="Arial"/>
          <w:color w:val="000000" w:themeColor="text1"/>
          <w:sz w:val="24"/>
          <w:szCs w:val="24"/>
          <w:shd w:val="clear" w:color="auto" w:fill="FFFFFF"/>
        </w:rPr>
        <w:t>dialogo</w:t>
      </w:r>
      <w:proofErr w:type="spellEnd"/>
      <w:r w:rsidRPr="00F96287">
        <w:rPr>
          <w:rFonts w:ascii="Palatino Linotype" w:hAnsi="Palatino Linotype" w:cs="Arial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F96287">
        <w:rPr>
          <w:rFonts w:ascii="Palatino Linotype" w:hAnsi="Palatino Linotype" w:cs="Arial"/>
          <w:color w:val="000000" w:themeColor="text1"/>
          <w:sz w:val="24"/>
          <w:szCs w:val="24"/>
          <w:shd w:val="clear" w:color="auto" w:fill="FFFFFF"/>
        </w:rPr>
        <w:t>naturale</w:t>
      </w:r>
      <w:proofErr w:type="spellEnd"/>
      <w:r w:rsidRPr="00F96287">
        <w:rPr>
          <w:rFonts w:ascii="Palatino Linotype" w:hAnsi="Palatino Linotype" w:cs="Arial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F96287">
        <w:rPr>
          <w:rFonts w:ascii="Palatino Linotype" w:hAnsi="Palatino Linotype" w:cs="Arial"/>
          <w:color w:val="000000" w:themeColor="text1"/>
          <w:sz w:val="24"/>
          <w:szCs w:val="24"/>
          <w:shd w:val="clear" w:color="auto" w:fill="FFFFFF"/>
        </w:rPr>
        <w:t>tra</w:t>
      </w:r>
      <w:proofErr w:type="spellEnd"/>
      <w:r w:rsidRPr="00F96287">
        <w:rPr>
          <w:rFonts w:ascii="Palatino Linotype" w:hAnsi="Palatino Linotype" w:cs="Arial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F96287">
        <w:rPr>
          <w:rFonts w:ascii="Palatino Linotype" w:hAnsi="Palatino Linotype" w:cs="Arial"/>
          <w:color w:val="000000" w:themeColor="text1"/>
          <w:sz w:val="24"/>
          <w:szCs w:val="24"/>
          <w:shd w:val="clear" w:color="auto" w:fill="FFFFFF"/>
        </w:rPr>
        <w:t>galleristi</w:t>
      </w:r>
      <w:proofErr w:type="spellEnd"/>
      <w:r w:rsidRPr="00F96287">
        <w:rPr>
          <w:rFonts w:ascii="Palatino Linotype" w:hAnsi="Palatino Linotype" w:cs="Arial"/>
          <w:color w:val="000000" w:themeColor="text1"/>
          <w:sz w:val="24"/>
          <w:szCs w:val="24"/>
          <w:shd w:val="clear" w:color="auto" w:fill="FFFFFF"/>
        </w:rPr>
        <w:t xml:space="preserve"> e </w:t>
      </w:r>
      <w:proofErr w:type="spellStart"/>
      <w:r w:rsidRPr="00F96287">
        <w:rPr>
          <w:rFonts w:ascii="Palatino Linotype" w:hAnsi="Palatino Linotype" w:cs="Arial"/>
          <w:color w:val="000000" w:themeColor="text1"/>
          <w:sz w:val="24"/>
          <w:szCs w:val="24"/>
          <w:shd w:val="clear" w:color="auto" w:fill="FFFFFF"/>
        </w:rPr>
        <w:t>visitatori</w:t>
      </w:r>
      <w:proofErr w:type="spellEnd"/>
      <w:r w:rsidRPr="00F96287">
        <w:rPr>
          <w:rFonts w:ascii="Palatino Linotype" w:hAnsi="Palatino Linotype" w:cs="Arial"/>
          <w:color w:val="000000" w:themeColor="text1"/>
          <w:sz w:val="24"/>
          <w:szCs w:val="24"/>
          <w:shd w:val="clear" w:color="auto" w:fill="FFFFFF"/>
        </w:rPr>
        <w:t>.</w:t>
      </w:r>
    </w:p>
    <w:p w14:paraId="5F4C2A9B" w14:textId="77777777" w:rsidR="0055121D" w:rsidRPr="00F96287" w:rsidRDefault="0055121D" w:rsidP="00327E0D">
      <w:pPr>
        <w:shd w:val="clear" w:color="auto" w:fill="FFFFFF"/>
        <w:spacing w:line="253" w:lineRule="atLeast"/>
        <w:jc w:val="both"/>
        <w:rPr>
          <w:rFonts w:ascii="Palatino Linotype" w:eastAsia="Times New Roman" w:hAnsi="Palatino Linotype" w:cstheme="majorHAnsi"/>
          <w:color w:val="000000" w:themeColor="text1"/>
          <w:sz w:val="24"/>
          <w:szCs w:val="24"/>
          <w:lang w:eastAsia="it-IT"/>
        </w:rPr>
      </w:pPr>
    </w:p>
    <w:p w14:paraId="15A6113E" w14:textId="3C6DE738" w:rsidR="009922EA" w:rsidRPr="00F96287" w:rsidRDefault="009922EA" w:rsidP="00327E0D">
      <w:pPr>
        <w:shd w:val="clear" w:color="auto" w:fill="FFFFFF"/>
        <w:spacing w:line="253" w:lineRule="atLeast"/>
        <w:jc w:val="both"/>
        <w:rPr>
          <w:rFonts w:ascii="Palatino Linotype" w:eastAsia="Times New Roman" w:hAnsi="Palatino Linotype" w:cstheme="majorHAnsi"/>
          <w:color w:val="000000" w:themeColor="text1"/>
          <w:sz w:val="24"/>
          <w:szCs w:val="24"/>
          <w:lang w:eastAsia="it-IT"/>
        </w:rPr>
      </w:pPr>
      <w:proofErr w:type="spellStart"/>
      <w:r w:rsidRPr="00F96287">
        <w:rPr>
          <w:rFonts w:ascii="Palatino Linotype" w:eastAsia="Times New Roman" w:hAnsi="Palatino Linotype" w:cstheme="majorHAnsi"/>
          <w:color w:val="000000" w:themeColor="text1"/>
          <w:sz w:val="24"/>
          <w:szCs w:val="24"/>
          <w:lang w:eastAsia="it-IT"/>
        </w:rPr>
        <w:t>Ufficio</w:t>
      </w:r>
      <w:proofErr w:type="spellEnd"/>
      <w:r w:rsidRPr="00F96287">
        <w:rPr>
          <w:rFonts w:ascii="Palatino Linotype" w:eastAsia="Times New Roman" w:hAnsi="Palatino Linotype" w:cstheme="majorHAnsi"/>
          <w:color w:val="000000" w:themeColor="text1"/>
          <w:sz w:val="24"/>
          <w:szCs w:val="24"/>
          <w:lang w:eastAsia="it-IT"/>
        </w:rPr>
        <w:t xml:space="preserve"> Stampa </w:t>
      </w:r>
      <w:proofErr w:type="spellStart"/>
      <w:r w:rsidRPr="00F96287">
        <w:rPr>
          <w:rFonts w:ascii="Palatino Linotype" w:eastAsia="Times New Roman" w:hAnsi="Palatino Linotype" w:cstheme="majorHAnsi"/>
          <w:color w:val="000000" w:themeColor="text1"/>
          <w:sz w:val="24"/>
          <w:szCs w:val="24"/>
          <w:lang w:eastAsia="it-IT"/>
        </w:rPr>
        <w:t>Artemide</w:t>
      </w:r>
      <w:proofErr w:type="spellEnd"/>
      <w:r w:rsidRPr="00F96287">
        <w:rPr>
          <w:rFonts w:ascii="Palatino Linotype" w:eastAsia="Times New Roman" w:hAnsi="Palatino Linotype" w:cstheme="majorHAnsi"/>
          <w:color w:val="000000" w:themeColor="text1"/>
          <w:sz w:val="24"/>
          <w:szCs w:val="24"/>
          <w:lang w:eastAsia="it-IT"/>
        </w:rPr>
        <w:t xml:space="preserve"> PR di Stefania Bertelli</w:t>
      </w:r>
    </w:p>
    <w:p w14:paraId="409417ED" w14:textId="04A80253" w:rsidR="009922EA" w:rsidRPr="00F96287" w:rsidRDefault="0055121D" w:rsidP="00327E0D">
      <w:pPr>
        <w:shd w:val="clear" w:color="auto" w:fill="FFFFFF"/>
        <w:spacing w:line="253" w:lineRule="atLeast"/>
        <w:jc w:val="both"/>
        <w:rPr>
          <w:rFonts w:ascii="Palatino Linotype" w:eastAsia="Times New Roman" w:hAnsi="Palatino Linotype" w:cstheme="majorHAnsi"/>
          <w:color w:val="000000" w:themeColor="text1"/>
          <w:sz w:val="24"/>
          <w:szCs w:val="24"/>
          <w:lang w:eastAsia="it-IT"/>
        </w:rPr>
      </w:pPr>
      <w:r w:rsidRPr="00F96287">
        <w:rPr>
          <w:rFonts w:ascii="Palatino Linotype" w:eastAsia="Times New Roman" w:hAnsi="Palatino Linotype" w:cstheme="majorHAnsi"/>
          <w:color w:val="000000" w:themeColor="text1"/>
          <w:sz w:val="24"/>
          <w:szCs w:val="24"/>
          <w:lang w:eastAsia="it-IT"/>
        </w:rPr>
        <w:t xml:space="preserve">+ 39 </w:t>
      </w:r>
      <w:r w:rsidR="009922EA" w:rsidRPr="00F96287">
        <w:rPr>
          <w:rFonts w:ascii="Palatino Linotype" w:eastAsia="Times New Roman" w:hAnsi="Palatino Linotype" w:cstheme="majorHAnsi"/>
          <w:color w:val="000000" w:themeColor="text1"/>
          <w:sz w:val="24"/>
          <w:szCs w:val="24"/>
          <w:lang w:eastAsia="it-IT"/>
        </w:rPr>
        <w:t>347 9046697</w:t>
      </w:r>
    </w:p>
    <w:p w14:paraId="553A7C02" w14:textId="3B36EC4C" w:rsidR="00327E0D" w:rsidRPr="00F96287" w:rsidRDefault="00B01E91" w:rsidP="009922EA">
      <w:pPr>
        <w:shd w:val="clear" w:color="auto" w:fill="FFFFFF"/>
        <w:spacing w:line="253" w:lineRule="atLeast"/>
        <w:jc w:val="both"/>
        <w:rPr>
          <w:rFonts w:ascii="Palatino Linotype" w:eastAsia="Times New Roman" w:hAnsi="Palatino Linotype" w:cstheme="majorHAnsi"/>
          <w:color w:val="000000" w:themeColor="text1"/>
          <w:sz w:val="24"/>
          <w:szCs w:val="24"/>
          <w:lang w:eastAsia="it-IT"/>
        </w:rPr>
      </w:pPr>
      <w:hyperlink r:id="rId7" w:history="1">
        <w:r w:rsidR="009922EA" w:rsidRPr="00F96287">
          <w:rPr>
            <w:rStyle w:val="Collegamentoipertestuale"/>
            <w:rFonts w:ascii="Palatino Linotype" w:eastAsia="Times New Roman" w:hAnsi="Palatino Linotype" w:cstheme="majorHAnsi"/>
            <w:color w:val="000000" w:themeColor="text1"/>
            <w:sz w:val="24"/>
            <w:szCs w:val="24"/>
            <w:lang w:eastAsia="it-IT"/>
          </w:rPr>
          <w:t>stefania.bertelli@artemidepr.it</w:t>
        </w:r>
      </w:hyperlink>
    </w:p>
    <w:p w14:paraId="7215BA41" w14:textId="77777777" w:rsidR="00CB57CD" w:rsidRPr="009922EA" w:rsidRDefault="00CB57CD" w:rsidP="0034783F">
      <w:pPr>
        <w:spacing w:after="0"/>
        <w:jc w:val="both"/>
        <w:rPr>
          <w:rFonts w:ascii="Palatino Linotype" w:hAnsi="Palatino Linotype"/>
          <w:sz w:val="24"/>
          <w:szCs w:val="24"/>
          <w:lang w:val="it-IT"/>
        </w:rPr>
      </w:pPr>
    </w:p>
    <w:p w14:paraId="04C436CA" w14:textId="473BECF8" w:rsidR="007F74EE" w:rsidRPr="009922EA" w:rsidRDefault="007F74EE" w:rsidP="0034783F">
      <w:pPr>
        <w:spacing w:after="0"/>
        <w:jc w:val="both"/>
        <w:rPr>
          <w:rFonts w:ascii="Palatino Linotype" w:hAnsi="Palatino Linotype"/>
          <w:sz w:val="24"/>
          <w:szCs w:val="24"/>
          <w:lang w:val="it-IT"/>
        </w:rPr>
      </w:pPr>
    </w:p>
    <w:sectPr w:rsidR="007F74EE" w:rsidRPr="009922EA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hyphenationZone w:val="283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061AD"/>
    <w:rsid w:val="0002698E"/>
    <w:rsid w:val="00034616"/>
    <w:rsid w:val="0006063C"/>
    <w:rsid w:val="00076F2A"/>
    <w:rsid w:val="000E0892"/>
    <w:rsid w:val="000F39E5"/>
    <w:rsid w:val="000F7F8C"/>
    <w:rsid w:val="00101574"/>
    <w:rsid w:val="00110E5B"/>
    <w:rsid w:val="0011472A"/>
    <w:rsid w:val="00132C8C"/>
    <w:rsid w:val="0015074B"/>
    <w:rsid w:val="00154A60"/>
    <w:rsid w:val="0016595B"/>
    <w:rsid w:val="00174DA5"/>
    <w:rsid w:val="001B21C6"/>
    <w:rsid w:val="001C5D28"/>
    <w:rsid w:val="001D7C02"/>
    <w:rsid w:val="001E6C9C"/>
    <w:rsid w:val="00201C21"/>
    <w:rsid w:val="00212162"/>
    <w:rsid w:val="00215DD8"/>
    <w:rsid w:val="00245F7F"/>
    <w:rsid w:val="002576BC"/>
    <w:rsid w:val="00265E78"/>
    <w:rsid w:val="0029639D"/>
    <w:rsid w:val="002F6435"/>
    <w:rsid w:val="00326F90"/>
    <w:rsid w:val="00327E0D"/>
    <w:rsid w:val="00334338"/>
    <w:rsid w:val="0034783F"/>
    <w:rsid w:val="00372ABB"/>
    <w:rsid w:val="003817B0"/>
    <w:rsid w:val="003D6BA9"/>
    <w:rsid w:val="00402395"/>
    <w:rsid w:val="004163D8"/>
    <w:rsid w:val="00490B25"/>
    <w:rsid w:val="00497765"/>
    <w:rsid w:val="004A1460"/>
    <w:rsid w:val="004D5560"/>
    <w:rsid w:val="004E63B6"/>
    <w:rsid w:val="005136DB"/>
    <w:rsid w:val="00517E8C"/>
    <w:rsid w:val="00530C55"/>
    <w:rsid w:val="005372BA"/>
    <w:rsid w:val="0055121D"/>
    <w:rsid w:val="00565710"/>
    <w:rsid w:val="00585A4A"/>
    <w:rsid w:val="0059774A"/>
    <w:rsid w:val="005A275F"/>
    <w:rsid w:val="005B1374"/>
    <w:rsid w:val="005D344F"/>
    <w:rsid w:val="005F049D"/>
    <w:rsid w:val="00634B69"/>
    <w:rsid w:val="006465B3"/>
    <w:rsid w:val="006535A4"/>
    <w:rsid w:val="00661C22"/>
    <w:rsid w:val="006630F5"/>
    <w:rsid w:val="0068541D"/>
    <w:rsid w:val="006C254B"/>
    <w:rsid w:val="006D401E"/>
    <w:rsid w:val="006E47AD"/>
    <w:rsid w:val="006F6A9A"/>
    <w:rsid w:val="007133F0"/>
    <w:rsid w:val="007266B9"/>
    <w:rsid w:val="007319E3"/>
    <w:rsid w:val="007364CE"/>
    <w:rsid w:val="00755FBB"/>
    <w:rsid w:val="00772DD5"/>
    <w:rsid w:val="007C5953"/>
    <w:rsid w:val="007E2AE5"/>
    <w:rsid w:val="007E43FE"/>
    <w:rsid w:val="007F37F9"/>
    <w:rsid w:val="007F74EE"/>
    <w:rsid w:val="008178DE"/>
    <w:rsid w:val="00822032"/>
    <w:rsid w:val="00840798"/>
    <w:rsid w:val="008477BB"/>
    <w:rsid w:val="00872495"/>
    <w:rsid w:val="00897818"/>
    <w:rsid w:val="008A28A4"/>
    <w:rsid w:val="008D4CEB"/>
    <w:rsid w:val="008E32BC"/>
    <w:rsid w:val="00920E38"/>
    <w:rsid w:val="00932EEB"/>
    <w:rsid w:val="009525E8"/>
    <w:rsid w:val="00990150"/>
    <w:rsid w:val="009922EA"/>
    <w:rsid w:val="009925D1"/>
    <w:rsid w:val="009A5C95"/>
    <w:rsid w:val="009D6430"/>
    <w:rsid w:val="009E2729"/>
    <w:rsid w:val="009E4F65"/>
    <w:rsid w:val="00A04AE0"/>
    <w:rsid w:val="00A1005C"/>
    <w:rsid w:val="00A12A87"/>
    <w:rsid w:val="00A51140"/>
    <w:rsid w:val="00A80F3A"/>
    <w:rsid w:val="00A86857"/>
    <w:rsid w:val="00AA1D8D"/>
    <w:rsid w:val="00AA2693"/>
    <w:rsid w:val="00AC7620"/>
    <w:rsid w:val="00B01E91"/>
    <w:rsid w:val="00B113F7"/>
    <w:rsid w:val="00B42089"/>
    <w:rsid w:val="00B43C3D"/>
    <w:rsid w:val="00B47730"/>
    <w:rsid w:val="00B6096F"/>
    <w:rsid w:val="00BE1B71"/>
    <w:rsid w:val="00BE7F87"/>
    <w:rsid w:val="00BF1872"/>
    <w:rsid w:val="00BF680C"/>
    <w:rsid w:val="00C65554"/>
    <w:rsid w:val="00CA6C96"/>
    <w:rsid w:val="00CB0664"/>
    <w:rsid w:val="00CB1566"/>
    <w:rsid w:val="00CB57CD"/>
    <w:rsid w:val="00CB6F1B"/>
    <w:rsid w:val="00CD6CA8"/>
    <w:rsid w:val="00DB7A33"/>
    <w:rsid w:val="00DE2B8F"/>
    <w:rsid w:val="00DE2DD9"/>
    <w:rsid w:val="00E040EE"/>
    <w:rsid w:val="00E13EF1"/>
    <w:rsid w:val="00E17EED"/>
    <w:rsid w:val="00E43BA2"/>
    <w:rsid w:val="00E6509A"/>
    <w:rsid w:val="00E666B6"/>
    <w:rsid w:val="00E738E2"/>
    <w:rsid w:val="00EA26D8"/>
    <w:rsid w:val="00EA4457"/>
    <w:rsid w:val="00EE12BF"/>
    <w:rsid w:val="00F700AA"/>
    <w:rsid w:val="00F7555F"/>
    <w:rsid w:val="00F82CB2"/>
    <w:rsid w:val="00F853BC"/>
    <w:rsid w:val="00F96287"/>
    <w:rsid w:val="00FA759D"/>
    <w:rsid w:val="00FC693F"/>
    <w:rsid w:val="00FD73E6"/>
    <w:rsid w:val="00FF59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C693F"/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NormaleWeb">
    <w:name w:val="Normal (Web)"/>
    <w:basedOn w:val="Normale"/>
    <w:uiPriority w:val="99"/>
    <w:semiHidden/>
    <w:unhideWhenUsed/>
    <w:rsid w:val="004163D8"/>
    <w:rPr>
      <w:rFonts w:ascii="Times New Roman" w:hAnsi="Times New Roman" w:cs="Times New Roman"/>
      <w:sz w:val="24"/>
      <w:szCs w:val="24"/>
    </w:rPr>
  </w:style>
  <w:style w:type="character" w:styleId="Rimandocommento">
    <w:name w:val="annotation reference"/>
    <w:basedOn w:val="Carpredefinitoparagrafo"/>
    <w:uiPriority w:val="99"/>
    <w:semiHidden/>
    <w:unhideWhenUsed/>
    <w:rsid w:val="00AC7620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AC7620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AC7620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AC7620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AC7620"/>
    <w:rPr>
      <w:b/>
      <w:bCs/>
      <w:sz w:val="20"/>
      <w:szCs w:val="20"/>
    </w:rPr>
  </w:style>
  <w:style w:type="character" w:styleId="Collegamentoipertestuale">
    <w:name w:val="Hyperlink"/>
    <w:basedOn w:val="Carpredefinitoparagrafo"/>
    <w:uiPriority w:val="99"/>
    <w:unhideWhenUsed/>
    <w:rsid w:val="009922EA"/>
    <w:rPr>
      <w:color w:val="0000FF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9922EA"/>
    <w:rPr>
      <w:color w:val="605E5C"/>
      <w:shd w:val="clear" w:color="auto" w:fill="E1DFDD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D55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D556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C693F"/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NormaleWeb">
    <w:name w:val="Normal (Web)"/>
    <w:basedOn w:val="Normale"/>
    <w:uiPriority w:val="99"/>
    <w:semiHidden/>
    <w:unhideWhenUsed/>
    <w:rsid w:val="004163D8"/>
    <w:rPr>
      <w:rFonts w:ascii="Times New Roman" w:hAnsi="Times New Roman" w:cs="Times New Roman"/>
      <w:sz w:val="24"/>
      <w:szCs w:val="24"/>
    </w:rPr>
  </w:style>
  <w:style w:type="character" w:styleId="Rimandocommento">
    <w:name w:val="annotation reference"/>
    <w:basedOn w:val="Carpredefinitoparagrafo"/>
    <w:uiPriority w:val="99"/>
    <w:semiHidden/>
    <w:unhideWhenUsed/>
    <w:rsid w:val="00AC7620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AC7620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AC7620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AC7620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AC7620"/>
    <w:rPr>
      <w:b/>
      <w:bCs/>
      <w:sz w:val="20"/>
      <w:szCs w:val="20"/>
    </w:rPr>
  </w:style>
  <w:style w:type="character" w:styleId="Collegamentoipertestuale">
    <w:name w:val="Hyperlink"/>
    <w:basedOn w:val="Carpredefinitoparagrafo"/>
    <w:uiPriority w:val="99"/>
    <w:unhideWhenUsed/>
    <w:rsid w:val="009922EA"/>
    <w:rPr>
      <w:color w:val="0000FF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9922EA"/>
    <w:rPr>
      <w:color w:val="605E5C"/>
      <w:shd w:val="clear" w:color="auto" w:fill="E1DFDD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D55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D556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701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4007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478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232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416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345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64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986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477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456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207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443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07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stefania.bertelli@artemidepr.i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A356F10-D42D-4CE6-849F-7F63E917C5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632</Words>
  <Characters>3609</Characters>
  <Application>Microsoft Office Word</Application>
  <DocSecurity>0</DocSecurity>
  <Lines>30</Lines>
  <Paragraphs>8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4233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GIORDANI NICOLE</cp:lastModifiedBy>
  <cp:revision>3</cp:revision>
  <cp:lastPrinted>2025-11-17T15:38:00Z</cp:lastPrinted>
  <dcterms:created xsi:type="dcterms:W3CDTF">2026-09-09T09:50:00Z</dcterms:created>
  <dcterms:modified xsi:type="dcterms:W3CDTF">2026-09-09T10:01:00Z</dcterms:modified>
</cp:coreProperties>
</file>